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A983B" w14:textId="77777777" w:rsidR="004A1790" w:rsidRPr="0075321D" w:rsidRDefault="00000000" w:rsidP="0075321D">
      <w:pPr>
        <w:pStyle w:val="Title"/>
        <w:spacing w:before="0" w:after="0"/>
        <w:jc w:val="center"/>
        <w:rPr>
          <w:rFonts w:ascii="Proxima Nova" w:hAnsi="Proxima Nova"/>
          <w:sz w:val="24"/>
          <w:szCs w:val="24"/>
        </w:rPr>
      </w:pPr>
      <w:r w:rsidRPr="0075321D">
        <w:rPr>
          <w:rFonts w:ascii="Proxima Nova" w:hAnsi="Proxima Nova"/>
          <w:sz w:val="24"/>
          <w:szCs w:val="24"/>
        </w:rPr>
        <w:t>BranchED AI Summit: Final Impact Report</w:t>
      </w:r>
    </w:p>
    <w:p w14:paraId="043EF9B0" w14:textId="77777777" w:rsidR="004A1790" w:rsidRPr="0075321D" w:rsidRDefault="00000000" w:rsidP="0075321D">
      <w:pPr>
        <w:spacing w:after="0"/>
        <w:jc w:val="center"/>
        <w:rPr>
          <w:rFonts w:ascii="Proxima Nova" w:hAnsi="Proxima Nova"/>
          <w:b/>
          <w:color w:val="F28C28"/>
          <w:szCs w:val="18"/>
        </w:rPr>
      </w:pPr>
      <w:r w:rsidRPr="0075321D">
        <w:rPr>
          <w:rFonts w:ascii="Proxima Nova" w:hAnsi="Proxima Nova"/>
          <w:b/>
          <w:color w:val="F28C28"/>
          <w:szCs w:val="18"/>
        </w:rPr>
        <w:t>From Implementation to Evidence, Learning, and Next Steps</w:t>
      </w:r>
    </w:p>
    <w:p w14:paraId="55DA06AF" w14:textId="77777777" w:rsidR="00571BD3" w:rsidRPr="0075321D" w:rsidRDefault="00571BD3" w:rsidP="0075321D">
      <w:pPr>
        <w:spacing w:after="0"/>
        <w:jc w:val="center"/>
        <w:rPr>
          <w:rFonts w:ascii="Proxima Nova" w:hAnsi="Proxima Nova"/>
          <w:szCs w:val="18"/>
        </w:rPr>
      </w:pPr>
    </w:p>
    <w:p w14:paraId="7EFD77ED" w14:textId="12662E0E" w:rsidR="004A1790" w:rsidRPr="0075321D" w:rsidRDefault="00000000" w:rsidP="0075321D">
      <w:pPr>
        <w:spacing w:after="0"/>
        <w:rPr>
          <w:rFonts w:ascii="Proxima Nova" w:hAnsi="Proxima Nova"/>
        </w:rPr>
      </w:pPr>
      <w:r w:rsidRPr="6ED178DA">
        <w:rPr>
          <w:rFonts w:ascii="Proxima Nova" w:hAnsi="Proxima Nova"/>
          <w:b/>
          <w:color w:val="5B00A5"/>
        </w:rPr>
        <w:t xml:space="preserve">Purpose: </w:t>
      </w:r>
      <w:r w:rsidRPr="6ED178DA">
        <w:rPr>
          <w:rFonts w:ascii="Proxima Nova" w:hAnsi="Proxima Nova"/>
        </w:rPr>
        <w:t xml:space="preserve">The Final Impact Report documents what was implemented during the </w:t>
      </w:r>
      <w:r w:rsidR="7512D2C8" w:rsidRPr="6ED178DA">
        <w:rPr>
          <w:rFonts w:ascii="Proxima Nova" w:hAnsi="Proxima Nova"/>
        </w:rPr>
        <w:t>implementation</w:t>
      </w:r>
      <w:r w:rsidRPr="6ED178DA">
        <w:rPr>
          <w:rFonts w:ascii="Proxima Nova" w:hAnsi="Proxima Nova"/>
        </w:rPr>
        <w:t xml:space="preserve"> period, whether intended practices or behaviors took hold, what changed as a result, what the evidence shows, what was learned, and what comes next. It aligns directly with the Implementation Plan and Mid-Year Progress &amp; Learning Update.</w:t>
      </w:r>
    </w:p>
    <w:p w14:paraId="2074F1E3" w14:textId="77777777" w:rsidR="00571BD3" w:rsidRPr="0075321D" w:rsidRDefault="00571BD3" w:rsidP="0075321D">
      <w:pPr>
        <w:spacing w:after="0"/>
        <w:rPr>
          <w:rFonts w:ascii="Proxima Nova" w:hAnsi="Proxima Nova"/>
          <w:b/>
          <w:color w:val="5B00A5"/>
          <w:szCs w:val="18"/>
        </w:rPr>
      </w:pPr>
    </w:p>
    <w:p w14:paraId="5CEEB8A1" w14:textId="283F538C" w:rsidR="004A1790" w:rsidRPr="0075321D" w:rsidRDefault="00000000" w:rsidP="0075321D">
      <w:pPr>
        <w:spacing w:after="0"/>
        <w:rPr>
          <w:rFonts w:ascii="Proxima Nova" w:hAnsi="Proxima Nova"/>
          <w:szCs w:val="18"/>
        </w:rPr>
      </w:pPr>
      <w:r w:rsidRPr="0075321D">
        <w:rPr>
          <w:rFonts w:ascii="Proxima Nova" w:hAnsi="Proxima Nova"/>
          <w:b/>
          <w:color w:val="5B00A5"/>
          <w:szCs w:val="18"/>
        </w:rPr>
        <w:t xml:space="preserve">Important: </w:t>
      </w:r>
      <w:r w:rsidRPr="0075321D">
        <w:rPr>
          <w:rFonts w:ascii="Proxima Nova" w:hAnsi="Proxima Nova"/>
          <w:szCs w:val="18"/>
        </w:rPr>
        <w:t>A strong report does not require that every intended result was achieved. Clearly describe what was implemented, what changed or did not change, what the evidence supports, and how lessons learned will inform future decisions.</w:t>
      </w:r>
    </w:p>
    <w:p w14:paraId="0B0623BE" w14:textId="77777777" w:rsidR="00571BD3" w:rsidRPr="0075321D" w:rsidRDefault="00571BD3" w:rsidP="0075321D">
      <w:pPr>
        <w:pStyle w:val="Heading1"/>
        <w:spacing w:before="0" w:after="0"/>
        <w:rPr>
          <w:rFonts w:ascii="Proxima Nova" w:hAnsi="Proxima Nova"/>
          <w:sz w:val="18"/>
          <w:szCs w:val="18"/>
        </w:rPr>
      </w:pPr>
    </w:p>
    <w:p w14:paraId="4D2DEA4E" w14:textId="417044A4" w:rsidR="004A1790" w:rsidRPr="0075321D" w:rsidRDefault="00000000" w:rsidP="0075321D">
      <w:pPr>
        <w:pStyle w:val="Heading1"/>
        <w:spacing w:before="0" w:after="0"/>
        <w:rPr>
          <w:rFonts w:ascii="Proxima Nova" w:hAnsi="Proxima Nova"/>
          <w:sz w:val="18"/>
          <w:szCs w:val="18"/>
        </w:rPr>
      </w:pPr>
      <w:r w:rsidRPr="0075321D">
        <w:rPr>
          <w:rFonts w:ascii="Proxima Nova" w:hAnsi="Proxima Nova"/>
          <w:sz w:val="18"/>
          <w:szCs w:val="18"/>
        </w:rPr>
        <w:t>Required Submission</w:t>
      </w:r>
    </w:p>
    <w:p w14:paraId="758288CD" w14:textId="77777777" w:rsidR="004A1790" w:rsidRPr="0075321D" w:rsidRDefault="00000000" w:rsidP="0075321D">
      <w:pPr>
        <w:spacing w:after="0"/>
        <w:rPr>
          <w:rFonts w:ascii="Proxima Nova" w:hAnsi="Proxima Nova"/>
          <w:szCs w:val="18"/>
        </w:rPr>
      </w:pPr>
      <w:r w:rsidRPr="0075321D">
        <w:rPr>
          <w:rFonts w:ascii="Proxima Nova" w:hAnsi="Proxima Nova"/>
          <w:szCs w:val="18"/>
        </w:rPr>
        <w:t>Submit one completed Final Impact Report per team and only the selected evidence/artifacts most useful for substantiating key implementation and impact findings.</w:t>
      </w:r>
    </w:p>
    <w:p w14:paraId="2BC711D7" w14:textId="448A9871" w:rsidR="004A1790" w:rsidRPr="0075321D" w:rsidRDefault="00000000" w:rsidP="0075321D">
      <w:pPr>
        <w:spacing w:after="0"/>
        <w:rPr>
          <w:rFonts w:ascii="Proxima Nova" w:hAnsi="Proxima Nova"/>
          <w:szCs w:val="18"/>
        </w:rPr>
      </w:pPr>
      <w:sdt>
        <w:sdtPr>
          <w:rPr>
            <w:rFonts w:ascii="Proxima Nova" w:hAnsi="Proxima Nova" w:cs="Segoe UI Symbol"/>
            <w:szCs w:val="18"/>
          </w:rPr>
          <w:id w:val="1902019930"/>
          <w14:checkbox>
            <w14:checked w14:val="0"/>
            <w14:checkedState w14:val="2612" w14:font="MS Gothic"/>
            <w14:uncheckedState w14:val="2610" w14:font="MS Gothic"/>
          </w14:checkbox>
        </w:sdtPr>
        <w:sdtContent>
          <w:r w:rsidR="0075321D" w:rsidRPr="0075321D">
            <w:rPr>
              <w:rFonts w:ascii="Segoe UI Symbol" w:eastAsia="MS Gothic" w:hAnsi="Segoe UI Symbol" w:cs="Segoe UI Symbol"/>
              <w:szCs w:val="18"/>
            </w:rPr>
            <w:t>☐</w:t>
          </w:r>
        </w:sdtContent>
      </w:sdt>
      <w:r w:rsidR="00571BD3" w:rsidRPr="0075321D">
        <w:rPr>
          <w:rFonts w:ascii="Proxima Nova" w:hAnsi="Proxima Nova"/>
          <w:szCs w:val="18"/>
        </w:rPr>
        <w:t xml:space="preserve"> Completed Final Impact Report</w:t>
      </w:r>
    </w:p>
    <w:p w14:paraId="0F043834" w14:textId="506F61C9" w:rsidR="004A1790" w:rsidRPr="0075321D" w:rsidRDefault="00000000" w:rsidP="0075321D">
      <w:pPr>
        <w:spacing w:after="0"/>
        <w:rPr>
          <w:rFonts w:ascii="Proxima Nova" w:hAnsi="Proxima Nova"/>
          <w:szCs w:val="18"/>
        </w:rPr>
      </w:pPr>
      <w:sdt>
        <w:sdtPr>
          <w:rPr>
            <w:rFonts w:ascii="Proxima Nova" w:hAnsi="Proxima Nova" w:cs="Segoe UI Symbol"/>
            <w:szCs w:val="18"/>
          </w:rPr>
          <w:id w:val="1972471580"/>
          <w14:checkbox>
            <w14:checked w14:val="0"/>
            <w14:checkedState w14:val="2612" w14:font="MS Gothic"/>
            <w14:uncheckedState w14:val="2610" w14:font="MS Gothic"/>
          </w14:checkbox>
        </w:sdtPr>
        <w:sdtContent>
          <w:r w:rsidR="00571BD3" w:rsidRPr="0075321D">
            <w:rPr>
              <w:rFonts w:ascii="Segoe UI Symbol" w:eastAsia="MS Gothic" w:hAnsi="Segoe UI Symbol" w:cs="Segoe UI Symbol"/>
              <w:szCs w:val="18"/>
            </w:rPr>
            <w:t>☐</w:t>
          </w:r>
        </w:sdtContent>
      </w:sdt>
      <w:r w:rsidR="00571BD3" w:rsidRPr="0075321D">
        <w:rPr>
          <w:rFonts w:ascii="Proxima Nova" w:hAnsi="Proxima Nova"/>
          <w:szCs w:val="18"/>
        </w:rPr>
        <w:t xml:space="preserve"> Selected evidence/artifacts that substantiate key findings</w:t>
      </w:r>
    </w:p>
    <w:p w14:paraId="64AC9B7F" w14:textId="77777777" w:rsidR="00571BD3" w:rsidRPr="0075321D" w:rsidRDefault="00571BD3" w:rsidP="0075321D">
      <w:pPr>
        <w:pStyle w:val="Heading1"/>
        <w:spacing w:before="0" w:after="0"/>
        <w:rPr>
          <w:rFonts w:ascii="Proxima Nova" w:hAnsi="Proxima Nova"/>
          <w:sz w:val="18"/>
          <w:szCs w:val="18"/>
        </w:rPr>
      </w:pPr>
    </w:p>
    <w:p w14:paraId="2FECE73A" w14:textId="0595F38A" w:rsidR="004A1790" w:rsidRPr="0075321D" w:rsidRDefault="00000000" w:rsidP="0075321D">
      <w:pPr>
        <w:pStyle w:val="Heading1"/>
        <w:spacing w:before="0" w:after="0"/>
        <w:rPr>
          <w:rFonts w:ascii="Proxima Nova" w:hAnsi="Proxima Nova"/>
          <w:sz w:val="18"/>
          <w:szCs w:val="18"/>
        </w:rPr>
      </w:pPr>
      <w:r w:rsidRPr="0075321D">
        <w:rPr>
          <w:rFonts w:ascii="Proxima Nova" w:hAnsi="Proxima Nova"/>
          <w:sz w:val="18"/>
          <w:szCs w:val="18"/>
        </w:rPr>
        <w:t>Submission Snapshot</w:t>
      </w:r>
    </w:p>
    <w:tbl>
      <w:tblPr>
        <w:tblStyle w:val="TableGrid"/>
        <w:tblW w:w="0" w:type="auto"/>
        <w:jc w:val="center"/>
        <w:tblLook w:val="04A0" w:firstRow="1" w:lastRow="0" w:firstColumn="1" w:lastColumn="0" w:noHBand="0" w:noVBand="1"/>
      </w:tblPr>
      <w:tblGrid>
        <w:gridCol w:w="3312"/>
        <w:gridCol w:w="6912"/>
      </w:tblGrid>
      <w:tr w:rsidR="004A1790" w:rsidRPr="0075321D" w14:paraId="4AD3590F" w14:textId="77777777">
        <w:trPr>
          <w:tblHeader/>
          <w:jc w:val="center"/>
        </w:trPr>
        <w:tc>
          <w:tcPr>
            <w:tcW w:w="3312" w:type="dxa"/>
            <w:shd w:val="clear" w:color="auto" w:fill="5B00A5"/>
            <w:tcMar>
              <w:top w:w="70" w:type="dxa"/>
              <w:left w:w="80" w:type="dxa"/>
              <w:bottom w:w="70" w:type="dxa"/>
              <w:right w:w="80" w:type="dxa"/>
            </w:tcMar>
            <w:vAlign w:val="center"/>
          </w:tcPr>
          <w:p w14:paraId="2E6F68B9" w14:textId="77777777" w:rsidR="004A1790" w:rsidRPr="0075321D" w:rsidRDefault="00000000" w:rsidP="0075321D">
            <w:pPr>
              <w:spacing w:after="0"/>
              <w:jc w:val="center"/>
              <w:rPr>
                <w:rFonts w:ascii="Proxima Nova" w:hAnsi="Proxima Nova"/>
                <w:szCs w:val="18"/>
              </w:rPr>
            </w:pPr>
            <w:r w:rsidRPr="0075321D">
              <w:rPr>
                <w:rFonts w:ascii="Proxima Nova" w:hAnsi="Proxima Nova"/>
                <w:b/>
                <w:color w:val="FFFFFF"/>
                <w:szCs w:val="18"/>
              </w:rPr>
              <w:t>Item</w:t>
            </w:r>
          </w:p>
        </w:tc>
        <w:tc>
          <w:tcPr>
            <w:tcW w:w="6912" w:type="dxa"/>
            <w:shd w:val="clear" w:color="auto" w:fill="5B00A5"/>
            <w:tcMar>
              <w:top w:w="70" w:type="dxa"/>
              <w:left w:w="80" w:type="dxa"/>
              <w:bottom w:w="70" w:type="dxa"/>
              <w:right w:w="80" w:type="dxa"/>
            </w:tcMar>
            <w:vAlign w:val="center"/>
          </w:tcPr>
          <w:p w14:paraId="03115415" w14:textId="77777777" w:rsidR="004A1790" w:rsidRPr="0075321D" w:rsidRDefault="00000000" w:rsidP="0075321D">
            <w:pPr>
              <w:spacing w:after="0"/>
              <w:jc w:val="center"/>
              <w:rPr>
                <w:rFonts w:ascii="Proxima Nova" w:hAnsi="Proxima Nova"/>
                <w:szCs w:val="18"/>
              </w:rPr>
            </w:pPr>
            <w:r w:rsidRPr="0075321D">
              <w:rPr>
                <w:rFonts w:ascii="Proxima Nova" w:hAnsi="Proxima Nova"/>
                <w:b/>
                <w:color w:val="FFFFFF"/>
                <w:szCs w:val="18"/>
              </w:rPr>
              <w:t>Response</w:t>
            </w:r>
          </w:p>
        </w:tc>
      </w:tr>
      <w:tr w:rsidR="004A1790" w:rsidRPr="0075321D" w14:paraId="3FA5B27A" w14:textId="77777777">
        <w:trPr>
          <w:jc w:val="center"/>
        </w:trPr>
        <w:tc>
          <w:tcPr>
            <w:tcW w:w="3312" w:type="dxa"/>
            <w:tcMar>
              <w:top w:w="70" w:type="dxa"/>
              <w:left w:w="80" w:type="dxa"/>
              <w:bottom w:w="70" w:type="dxa"/>
              <w:right w:w="80" w:type="dxa"/>
            </w:tcMar>
          </w:tcPr>
          <w:p w14:paraId="290C6D78" w14:textId="77777777" w:rsidR="004A1790" w:rsidRPr="0075321D" w:rsidRDefault="00000000" w:rsidP="0075321D">
            <w:pPr>
              <w:spacing w:after="0"/>
              <w:rPr>
                <w:rFonts w:ascii="Proxima Nova" w:hAnsi="Proxima Nova"/>
                <w:szCs w:val="18"/>
              </w:rPr>
            </w:pPr>
            <w:r w:rsidRPr="0075321D">
              <w:rPr>
                <w:rFonts w:ascii="Proxima Nova" w:hAnsi="Proxima Nova"/>
                <w:b/>
                <w:szCs w:val="18"/>
              </w:rPr>
              <w:t>Institution / Team</w:t>
            </w:r>
          </w:p>
        </w:tc>
        <w:tc>
          <w:tcPr>
            <w:tcW w:w="6912" w:type="dxa"/>
            <w:tcMar>
              <w:top w:w="70" w:type="dxa"/>
              <w:left w:w="80" w:type="dxa"/>
              <w:bottom w:w="70" w:type="dxa"/>
              <w:right w:w="80" w:type="dxa"/>
            </w:tcMar>
          </w:tcPr>
          <w:p w14:paraId="5CD056FB" w14:textId="77777777" w:rsidR="004A1790" w:rsidRPr="0075321D" w:rsidRDefault="004A1790" w:rsidP="0075321D">
            <w:pPr>
              <w:spacing w:after="0"/>
              <w:rPr>
                <w:rFonts w:ascii="Proxima Nova" w:hAnsi="Proxima Nova"/>
                <w:szCs w:val="18"/>
              </w:rPr>
            </w:pPr>
          </w:p>
        </w:tc>
      </w:tr>
      <w:tr w:rsidR="004A1790" w:rsidRPr="0075321D" w14:paraId="15A5CDD4" w14:textId="77777777">
        <w:trPr>
          <w:jc w:val="center"/>
        </w:trPr>
        <w:tc>
          <w:tcPr>
            <w:tcW w:w="3312" w:type="dxa"/>
            <w:tcMar>
              <w:top w:w="70" w:type="dxa"/>
              <w:left w:w="80" w:type="dxa"/>
              <w:bottom w:w="70" w:type="dxa"/>
              <w:right w:w="80" w:type="dxa"/>
            </w:tcMar>
          </w:tcPr>
          <w:p w14:paraId="52BCBD3F" w14:textId="77777777" w:rsidR="004A1790" w:rsidRPr="0075321D" w:rsidRDefault="00000000" w:rsidP="0075321D">
            <w:pPr>
              <w:spacing w:after="0"/>
              <w:rPr>
                <w:rFonts w:ascii="Proxima Nova" w:hAnsi="Proxima Nova"/>
                <w:szCs w:val="18"/>
              </w:rPr>
            </w:pPr>
            <w:r w:rsidRPr="0075321D">
              <w:rPr>
                <w:rFonts w:ascii="Proxima Nova" w:hAnsi="Proxima Nova"/>
                <w:b/>
                <w:szCs w:val="18"/>
              </w:rPr>
              <w:t>Implementation Plan Lead</w:t>
            </w:r>
          </w:p>
        </w:tc>
        <w:tc>
          <w:tcPr>
            <w:tcW w:w="6912" w:type="dxa"/>
            <w:tcMar>
              <w:top w:w="70" w:type="dxa"/>
              <w:left w:w="80" w:type="dxa"/>
              <w:bottom w:w="70" w:type="dxa"/>
              <w:right w:w="80" w:type="dxa"/>
            </w:tcMar>
          </w:tcPr>
          <w:p w14:paraId="2DB50C4E" w14:textId="77777777" w:rsidR="004A1790" w:rsidRPr="0075321D" w:rsidRDefault="004A1790" w:rsidP="0075321D">
            <w:pPr>
              <w:spacing w:after="0"/>
              <w:rPr>
                <w:rFonts w:ascii="Proxima Nova" w:hAnsi="Proxima Nova"/>
                <w:szCs w:val="18"/>
              </w:rPr>
            </w:pPr>
          </w:p>
        </w:tc>
      </w:tr>
      <w:tr w:rsidR="004A1790" w:rsidRPr="0075321D" w14:paraId="01731096" w14:textId="77777777">
        <w:trPr>
          <w:jc w:val="center"/>
        </w:trPr>
        <w:tc>
          <w:tcPr>
            <w:tcW w:w="3312" w:type="dxa"/>
            <w:tcMar>
              <w:top w:w="70" w:type="dxa"/>
              <w:left w:w="80" w:type="dxa"/>
              <w:bottom w:w="70" w:type="dxa"/>
              <w:right w:w="80" w:type="dxa"/>
            </w:tcMar>
          </w:tcPr>
          <w:p w14:paraId="14D5E80E" w14:textId="77777777" w:rsidR="004A1790" w:rsidRPr="0075321D" w:rsidRDefault="00000000" w:rsidP="0075321D">
            <w:pPr>
              <w:spacing w:after="0"/>
              <w:rPr>
                <w:rFonts w:ascii="Proxima Nova" w:hAnsi="Proxima Nova"/>
                <w:szCs w:val="18"/>
              </w:rPr>
            </w:pPr>
            <w:r w:rsidRPr="0075321D">
              <w:rPr>
                <w:rFonts w:ascii="Proxima Nova" w:hAnsi="Proxima Nova"/>
                <w:b/>
                <w:szCs w:val="18"/>
              </w:rPr>
              <w:t>Primary AI Compass Domain</w:t>
            </w:r>
          </w:p>
        </w:tc>
        <w:tc>
          <w:tcPr>
            <w:tcW w:w="6912" w:type="dxa"/>
            <w:tcMar>
              <w:top w:w="70" w:type="dxa"/>
              <w:left w:w="80" w:type="dxa"/>
              <w:bottom w:w="70" w:type="dxa"/>
              <w:right w:w="80" w:type="dxa"/>
            </w:tcMar>
          </w:tcPr>
          <w:p w14:paraId="6D3410BD" w14:textId="77777777" w:rsidR="004A1790" w:rsidRPr="0075321D" w:rsidRDefault="004A1790" w:rsidP="0075321D">
            <w:pPr>
              <w:spacing w:after="0"/>
              <w:rPr>
                <w:rFonts w:ascii="Proxima Nova" w:hAnsi="Proxima Nova"/>
                <w:szCs w:val="18"/>
              </w:rPr>
            </w:pPr>
          </w:p>
        </w:tc>
      </w:tr>
      <w:tr w:rsidR="004A1790" w:rsidRPr="0075321D" w14:paraId="325A95CC" w14:textId="77777777">
        <w:trPr>
          <w:jc w:val="center"/>
        </w:trPr>
        <w:tc>
          <w:tcPr>
            <w:tcW w:w="3312" w:type="dxa"/>
            <w:tcMar>
              <w:top w:w="70" w:type="dxa"/>
              <w:left w:w="80" w:type="dxa"/>
              <w:bottom w:w="70" w:type="dxa"/>
              <w:right w:w="80" w:type="dxa"/>
            </w:tcMar>
          </w:tcPr>
          <w:p w14:paraId="364FE997" w14:textId="77777777" w:rsidR="004A1790" w:rsidRPr="0075321D" w:rsidRDefault="00000000" w:rsidP="0075321D">
            <w:pPr>
              <w:spacing w:after="0"/>
              <w:rPr>
                <w:rFonts w:ascii="Proxima Nova" w:hAnsi="Proxima Nova"/>
                <w:szCs w:val="18"/>
              </w:rPr>
            </w:pPr>
            <w:r w:rsidRPr="0075321D">
              <w:rPr>
                <w:rFonts w:ascii="Proxima Nova" w:hAnsi="Proxima Nova"/>
                <w:b/>
                <w:szCs w:val="18"/>
              </w:rPr>
              <w:t>Implementation Focus</w:t>
            </w:r>
          </w:p>
        </w:tc>
        <w:tc>
          <w:tcPr>
            <w:tcW w:w="6912" w:type="dxa"/>
            <w:tcMar>
              <w:top w:w="70" w:type="dxa"/>
              <w:left w:w="80" w:type="dxa"/>
              <w:bottom w:w="70" w:type="dxa"/>
              <w:right w:w="80" w:type="dxa"/>
            </w:tcMar>
          </w:tcPr>
          <w:p w14:paraId="32C107F2" w14:textId="77777777" w:rsidR="004A1790" w:rsidRPr="0075321D" w:rsidRDefault="004A1790" w:rsidP="0075321D">
            <w:pPr>
              <w:spacing w:after="0"/>
              <w:rPr>
                <w:rFonts w:ascii="Proxima Nova" w:hAnsi="Proxima Nova"/>
                <w:szCs w:val="18"/>
              </w:rPr>
            </w:pPr>
          </w:p>
        </w:tc>
      </w:tr>
      <w:tr w:rsidR="004A1790" w:rsidRPr="0075321D" w14:paraId="06710C13" w14:textId="77777777">
        <w:trPr>
          <w:jc w:val="center"/>
        </w:trPr>
        <w:tc>
          <w:tcPr>
            <w:tcW w:w="3312" w:type="dxa"/>
            <w:tcMar>
              <w:top w:w="70" w:type="dxa"/>
              <w:left w:w="80" w:type="dxa"/>
              <w:bottom w:w="70" w:type="dxa"/>
              <w:right w:w="80" w:type="dxa"/>
            </w:tcMar>
          </w:tcPr>
          <w:p w14:paraId="58318681" w14:textId="26076C4D" w:rsidR="004A1790" w:rsidRPr="0075321D" w:rsidRDefault="00000000" w:rsidP="0075321D">
            <w:pPr>
              <w:spacing w:after="0"/>
              <w:rPr>
                <w:rFonts w:ascii="Proxima Nova" w:hAnsi="Proxima Nova"/>
                <w:szCs w:val="18"/>
              </w:rPr>
            </w:pPr>
            <w:r w:rsidRPr="0075321D">
              <w:rPr>
                <w:rFonts w:ascii="Proxima Nova" w:hAnsi="Proxima Nova"/>
                <w:b/>
                <w:szCs w:val="18"/>
              </w:rPr>
              <w:t>Implementation Period: October 2026–</w:t>
            </w:r>
            <w:r w:rsidR="00721CE6">
              <w:rPr>
                <w:rFonts w:ascii="Proxima Nova" w:hAnsi="Proxima Nova"/>
                <w:b/>
                <w:szCs w:val="18"/>
              </w:rPr>
              <w:t>August</w:t>
            </w:r>
            <w:r w:rsidRPr="0075321D">
              <w:rPr>
                <w:rFonts w:ascii="Proxima Nova" w:hAnsi="Proxima Nova"/>
                <w:b/>
                <w:szCs w:val="18"/>
              </w:rPr>
              <w:t xml:space="preserve"> </w:t>
            </w:r>
            <w:r w:rsidR="00721CE6">
              <w:rPr>
                <w:rFonts w:ascii="Proxima Nova" w:hAnsi="Proxima Nova"/>
                <w:b/>
                <w:szCs w:val="18"/>
              </w:rPr>
              <w:t>31</w:t>
            </w:r>
            <w:r w:rsidRPr="0075321D">
              <w:rPr>
                <w:rFonts w:ascii="Proxima Nova" w:hAnsi="Proxima Nova"/>
                <w:b/>
                <w:szCs w:val="18"/>
              </w:rPr>
              <w:t>, 2027</w:t>
            </w:r>
          </w:p>
        </w:tc>
        <w:tc>
          <w:tcPr>
            <w:tcW w:w="6912" w:type="dxa"/>
            <w:tcMar>
              <w:top w:w="70" w:type="dxa"/>
              <w:left w:w="80" w:type="dxa"/>
              <w:bottom w:w="70" w:type="dxa"/>
              <w:right w:w="80" w:type="dxa"/>
            </w:tcMar>
          </w:tcPr>
          <w:p w14:paraId="7F01E311" w14:textId="77777777" w:rsidR="004A1790" w:rsidRPr="0075321D" w:rsidRDefault="004A1790" w:rsidP="0075321D">
            <w:pPr>
              <w:spacing w:after="0"/>
              <w:rPr>
                <w:rFonts w:ascii="Proxima Nova" w:hAnsi="Proxima Nova"/>
                <w:szCs w:val="18"/>
              </w:rPr>
            </w:pPr>
          </w:p>
        </w:tc>
      </w:tr>
      <w:tr w:rsidR="004A1790" w:rsidRPr="0075321D" w14:paraId="02D3D5E9" w14:textId="77777777">
        <w:trPr>
          <w:jc w:val="center"/>
        </w:trPr>
        <w:tc>
          <w:tcPr>
            <w:tcW w:w="3312" w:type="dxa"/>
            <w:tcMar>
              <w:top w:w="70" w:type="dxa"/>
              <w:left w:w="80" w:type="dxa"/>
              <w:bottom w:w="70" w:type="dxa"/>
              <w:right w:w="80" w:type="dxa"/>
            </w:tcMar>
          </w:tcPr>
          <w:p w14:paraId="39E8E2FC" w14:textId="77777777" w:rsidR="004A1790" w:rsidRPr="0075321D" w:rsidRDefault="00000000" w:rsidP="0075321D">
            <w:pPr>
              <w:spacing w:after="0"/>
              <w:rPr>
                <w:rFonts w:ascii="Proxima Nova" w:hAnsi="Proxima Nova"/>
              </w:rPr>
            </w:pPr>
            <w:r w:rsidRPr="4B0808B7">
              <w:rPr>
                <w:rFonts w:ascii="Proxima Nova" w:hAnsi="Proxima Nova"/>
                <w:b/>
              </w:rPr>
              <w:t>Report Submission Date: September 7, 2027</w:t>
            </w:r>
          </w:p>
        </w:tc>
        <w:tc>
          <w:tcPr>
            <w:tcW w:w="6912" w:type="dxa"/>
            <w:tcMar>
              <w:top w:w="70" w:type="dxa"/>
              <w:left w:w="80" w:type="dxa"/>
              <w:bottom w:w="70" w:type="dxa"/>
              <w:right w:w="80" w:type="dxa"/>
            </w:tcMar>
          </w:tcPr>
          <w:p w14:paraId="3658AC39" w14:textId="77777777" w:rsidR="004A1790" w:rsidRPr="0075321D" w:rsidRDefault="004A1790" w:rsidP="0075321D">
            <w:pPr>
              <w:spacing w:after="0"/>
              <w:rPr>
                <w:rFonts w:ascii="Proxima Nova" w:hAnsi="Proxima Nova"/>
                <w:szCs w:val="18"/>
              </w:rPr>
            </w:pPr>
          </w:p>
        </w:tc>
      </w:tr>
    </w:tbl>
    <w:p w14:paraId="1EE8C539" w14:textId="77777777" w:rsidR="00571BD3" w:rsidRPr="0075321D" w:rsidRDefault="00571BD3" w:rsidP="0075321D">
      <w:pPr>
        <w:pStyle w:val="Heading1"/>
        <w:spacing w:before="0" w:after="0"/>
        <w:rPr>
          <w:rFonts w:ascii="Proxima Nova" w:hAnsi="Proxima Nova"/>
          <w:sz w:val="18"/>
          <w:szCs w:val="18"/>
        </w:rPr>
      </w:pPr>
    </w:p>
    <w:p w14:paraId="13C1FEE6" w14:textId="5C074B83" w:rsidR="004A1790" w:rsidRPr="0075321D" w:rsidRDefault="00000000" w:rsidP="0075321D">
      <w:pPr>
        <w:pStyle w:val="Heading1"/>
        <w:spacing w:before="0" w:after="0"/>
        <w:rPr>
          <w:rFonts w:ascii="Proxima Nova" w:hAnsi="Proxima Nova"/>
          <w:sz w:val="18"/>
          <w:szCs w:val="18"/>
        </w:rPr>
      </w:pPr>
      <w:r w:rsidRPr="0075321D">
        <w:rPr>
          <w:rFonts w:ascii="Proxima Nova" w:hAnsi="Proxima Nova"/>
          <w:sz w:val="18"/>
          <w:szCs w:val="18"/>
        </w:rPr>
        <w:t>Implementation Focus &amp; Context</w:t>
      </w:r>
    </w:p>
    <w:p w14:paraId="145C7A54" w14:textId="77777777" w:rsidR="004A1790" w:rsidRPr="0075321D" w:rsidRDefault="00000000" w:rsidP="0075321D">
      <w:pPr>
        <w:spacing w:after="0"/>
        <w:rPr>
          <w:rFonts w:ascii="Proxima Nova" w:hAnsi="Proxima Nova"/>
          <w:szCs w:val="18"/>
        </w:rPr>
      </w:pPr>
      <w:r w:rsidRPr="0075321D">
        <w:rPr>
          <w:rFonts w:ascii="Proxima Nova" w:hAnsi="Proxima Nova"/>
          <w:szCs w:val="18"/>
        </w:rPr>
        <w:t>Briefly restate the focus of your Implementation Plan and the problem of practice, opportunity, or readiness need it was intended to address. Note any significant contextual changes that affected the work during the year.</w:t>
      </w:r>
    </w:p>
    <w:p w14:paraId="31DFB37F" w14:textId="77777777" w:rsidR="00571BD3" w:rsidRPr="0075321D" w:rsidRDefault="00571BD3" w:rsidP="0075321D">
      <w:pPr>
        <w:spacing w:after="0"/>
        <w:rPr>
          <w:rFonts w:ascii="Proxima Nova" w:hAnsi="Proxima Nova"/>
          <w:szCs w:val="18"/>
        </w:rPr>
      </w:pPr>
    </w:p>
    <w:tbl>
      <w:tblPr>
        <w:tblStyle w:val="TableGrid"/>
        <w:tblW w:w="0" w:type="auto"/>
        <w:jc w:val="center"/>
        <w:tblLook w:val="04A0" w:firstRow="1" w:lastRow="0" w:firstColumn="1" w:lastColumn="0" w:noHBand="0" w:noVBand="1"/>
      </w:tblPr>
      <w:tblGrid>
        <w:gridCol w:w="10224"/>
      </w:tblGrid>
      <w:tr w:rsidR="004A1790" w:rsidRPr="0075321D" w14:paraId="7C61F6E4" w14:textId="77777777">
        <w:trPr>
          <w:tblHeader/>
          <w:jc w:val="center"/>
        </w:trPr>
        <w:tc>
          <w:tcPr>
            <w:tcW w:w="10224" w:type="dxa"/>
            <w:shd w:val="clear" w:color="auto" w:fill="5B00A5"/>
            <w:tcMar>
              <w:top w:w="70" w:type="dxa"/>
              <w:left w:w="80" w:type="dxa"/>
              <w:bottom w:w="70" w:type="dxa"/>
              <w:right w:w="80" w:type="dxa"/>
            </w:tcMar>
            <w:vAlign w:val="center"/>
          </w:tcPr>
          <w:p w14:paraId="3ACD988C" w14:textId="77777777" w:rsidR="004A1790" w:rsidRPr="0075321D" w:rsidRDefault="00000000" w:rsidP="0075321D">
            <w:pPr>
              <w:spacing w:after="0"/>
              <w:jc w:val="center"/>
              <w:rPr>
                <w:rFonts w:ascii="Proxima Nova" w:hAnsi="Proxima Nova"/>
                <w:szCs w:val="18"/>
              </w:rPr>
            </w:pPr>
            <w:r w:rsidRPr="0075321D">
              <w:rPr>
                <w:rFonts w:ascii="Proxima Nova" w:hAnsi="Proxima Nova"/>
                <w:b/>
                <w:color w:val="FFFFFF"/>
                <w:szCs w:val="18"/>
              </w:rPr>
              <w:t>Implementation Focus &amp; Context</w:t>
            </w:r>
          </w:p>
        </w:tc>
      </w:tr>
      <w:tr w:rsidR="004A1790" w:rsidRPr="0075321D" w14:paraId="00B34E50" w14:textId="77777777">
        <w:trPr>
          <w:jc w:val="center"/>
        </w:trPr>
        <w:tc>
          <w:tcPr>
            <w:tcW w:w="10224" w:type="dxa"/>
            <w:tcMar>
              <w:top w:w="70" w:type="dxa"/>
              <w:left w:w="80" w:type="dxa"/>
              <w:bottom w:w="70" w:type="dxa"/>
              <w:right w:w="80" w:type="dxa"/>
            </w:tcMar>
          </w:tcPr>
          <w:p w14:paraId="55498655" w14:textId="77777777" w:rsidR="004A1790" w:rsidRPr="0075321D" w:rsidRDefault="004A1790" w:rsidP="0075321D">
            <w:pPr>
              <w:spacing w:after="0"/>
              <w:rPr>
                <w:rFonts w:ascii="Proxima Nova" w:hAnsi="Proxima Nova"/>
                <w:szCs w:val="18"/>
              </w:rPr>
            </w:pPr>
          </w:p>
        </w:tc>
      </w:tr>
    </w:tbl>
    <w:p w14:paraId="0E8FE9A4" w14:textId="77777777" w:rsidR="00571BD3" w:rsidRPr="0075321D" w:rsidRDefault="00571BD3" w:rsidP="0075321D">
      <w:pPr>
        <w:pStyle w:val="Heading1"/>
        <w:spacing w:before="0" w:after="0"/>
        <w:rPr>
          <w:rFonts w:ascii="Proxima Nova" w:hAnsi="Proxima Nova"/>
          <w:sz w:val="18"/>
          <w:szCs w:val="18"/>
        </w:rPr>
      </w:pPr>
    </w:p>
    <w:p w14:paraId="79D007F5" w14:textId="6DF5ECF2" w:rsidR="004A1790" w:rsidRPr="0075321D" w:rsidRDefault="00000000" w:rsidP="0075321D">
      <w:pPr>
        <w:pStyle w:val="Heading1"/>
        <w:spacing w:before="0" w:after="0"/>
        <w:rPr>
          <w:rFonts w:ascii="Proxima Nova" w:hAnsi="Proxima Nova"/>
          <w:sz w:val="18"/>
          <w:szCs w:val="18"/>
        </w:rPr>
      </w:pPr>
      <w:r w:rsidRPr="0075321D">
        <w:rPr>
          <w:rFonts w:ascii="Proxima Nova" w:hAnsi="Proxima Nova"/>
          <w:sz w:val="18"/>
          <w:szCs w:val="18"/>
        </w:rPr>
        <w:t>What We Implemented</w:t>
      </w:r>
    </w:p>
    <w:p w14:paraId="3CCE4B59" w14:textId="77777777" w:rsidR="004A1790" w:rsidRPr="0075321D" w:rsidRDefault="00000000" w:rsidP="0075321D">
      <w:pPr>
        <w:spacing w:after="0"/>
        <w:rPr>
          <w:rFonts w:ascii="Proxima Nova" w:hAnsi="Proxima Nova"/>
          <w:szCs w:val="18"/>
        </w:rPr>
      </w:pPr>
      <w:r w:rsidRPr="0075321D">
        <w:rPr>
          <w:rFonts w:ascii="Proxima Nova" w:hAnsi="Proxima Nova"/>
          <w:szCs w:val="18"/>
        </w:rPr>
        <w:t>Summarize the major actions or milestones completed during the year. Identify meaningful changes from the original plan and explain why adaptations were made.</w:t>
      </w:r>
    </w:p>
    <w:p w14:paraId="06DB931B" w14:textId="77777777" w:rsidR="00571BD3" w:rsidRPr="0075321D" w:rsidRDefault="00571BD3" w:rsidP="0075321D">
      <w:pPr>
        <w:spacing w:after="0"/>
        <w:rPr>
          <w:rFonts w:ascii="Proxima Nova" w:hAnsi="Proxima Nova"/>
          <w:szCs w:val="18"/>
        </w:rPr>
      </w:pPr>
    </w:p>
    <w:tbl>
      <w:tblPr>
        <w:tblStyle w:val="TableGrid"/>
        <w:tblW w:w="0" w:type="auto"/>
        <w:jc w:val="center"/>
        <w:tblLook w:val="04A0" w:firstRow="1" w:lastRow="0" w:firstColumn="1" w:lastColumn="0" w:noHBand="0" w:noVBand="1"/>
      </w:tblPr>
      <w:tblGrid>
        <w:gridCol w:w="2880"/>
        <w:gridCol w:w="3456"/>
        <w:gridCol w:w="1440"/>
        <w:gridCol w:w="2448"/>
      </w:tblGrid>
      <w:tr w:rsidR="004A1790" w:rsidRPr="0075321D" w14:paraId="1A1274DB" w14:textId="77777777">
        <w:trPr>
          <w:tblHeader/>
          <w:jc w:val="center"/>
        </w:trPr>
        <w:tc>
          <w:tcPr>
            <w:tcW w:w="2880" w:type="dxa"/>
            <w:shd w:val="clear" w:color="auto" w:fill="5B00A5"/>
            <w:tcMar>
              <w:top w:w="70" w:type="dxa"/>
              <w:left w:w="80" w:type="dxa"/>
              <w:bottom w:w="70" w:type="dxa"/>
              <w:right w:w="80" w:type="dxa"/>
            </w:tcMar>
            <w:vAlign w:val="center"/>
          </w:tcPr>
          <w:p w14:paraId="512D78C3" w14:textId="77777777" w:rsidR="004A1790" w:rsidRPr="0075321D" w:rsidRDefault="00000000" w:rsidP="0075321D">
            <w:pPr>
              <w:spacing w:after="0"/>
              <w:jc w:val="center"/>
              <w:rPr>
                <w:rFonts w:ascii="Proxima Nova" w:hAnsi="Proxima Nova"/>
                <w:szCs w:val="18"/>
              </w:rPr>
            </w:pPr>
            <w:r w:rsidRPr="0075321D">
              <w:rPr>
                <w:rFonts w:ascii="Proxima Nova" w:hAnsi="Proxima Nova"/>
                <w:b/>
                <w:color w:val="FFFFFF"/>
                <w:szCs w:val="18"/>
              </w:rPr>
              <w:t>Major Action / Milestone</w:t>
            </w:r>
          </w:p>
        </w:tc>
        <w:tc>
          <w:tcPr>
            <w:tcW w:w="3456" w:type="dxa"/>
            <w:shd w:val="clear" w:color="auto" w:fill="5B00A5"/>
            <w:tcMar>
              <w:top w:w="70" w:type="dxa"/>
              <w:left w:w="80" w:type="dxa"/>
              <w:bottom w:w="70" w:type="dxa"/>
              <w:right w:w="80" w:type="dxa"/>
            </w:tcMar>
            <w:vAlign w:val="center"/>
          </w:tcPr>
          <w:p w14:paraId="587EAC1A" w14:textId="77777777" w:rsidR="004A1790" w:rsidRPr="0075321D" w:rsidRDefault="00000000" w:rsidP="0075321D">
            <w:pPr>
              <w:spacing w:after="0"/>
              <w:jc w:val="center"/>
              <w:rPr>
                <w:rFonts w:ascii="Proxima Nova" w:hAnsi="Proxima Nova"/>
                <w:szCs w:val="18"/>
              </w:rPr>
            </w:pPr>
            <w:r w:rsidRPr="0075321D">
              <w:rPr>
                <w:rFonts w:ascii="Proxima Nova" w:hAnsi="Proxima Nova"/>
                <w:b/>
                <w:color w:val="FFFFFF"/>
                <w:szCs w:val="18"/>
              </w:rPr>
              <w:t>What Was Implemented</w:t>
            </w:r>
          </w:p>
        </w:tc>
        <w:tc>
          <w:tcPr>
            <w:tcW w:w="1440" w:type="dxa"/>
            <w:shd w:val="clear" w:color="auto" w:fill="5B00A5"/>
            <w:tcMar>
              <w:top w:w="70" w:type="dxa"/>
              <w:left w:w="80" w:type="dxa"/>
              <w:bottom w:w="70" w:type="dxa"/>
              <w:right w:w="80" w:type="dxa"/>
            </w:tcMar>
            <w:vAlign w:val="center"/>
          </w:tcPr>
          <w:p w14:paraId="0E9D446E" w14:textId="77777777" w:rsidR="004A1790" w:rsidRPr="0075321D" w:rsidRDefault="00000000" w:rsidP="0075321D">
            <w:pPr>
              <w:spacing w:after="0"/>
              <w:jc w:val="center"/>
              <w:rPr>
                <w:rFonts w:ascii="Proxima Nova" w:hAnsi="Proxima Nova"/>
                <w:szCs w:val="18"/>
              </w:rPr>
            </w:pPr>
            <w:r w:rsidRPr="0075321D">
              <w:rPr>
                <w:rFonts w:ascii="Proxima Nova" w:hAnsi="Proxima Nova"/>
                <w:b/>
                <w:color w:val="FFFFFF"/>
                <w:szCs w:val="18"/>
              </w:rPr>
              <w:t>Status</w:t>
            </w:r>
          </w:p>
        </w:tc>
        <w:tc>
          <w:tcPr>
            <w:tcW w:w="2448" w:type="dxa"/>
            <w:shd w:val="clear" w:color="auto" w:fill="5B00A5"/>
            <w:tcMar>
              <w:top w:w="70" w:type="dxa"/>
              <w:left w:w="80" w:type="dxa"/>
              <w:bottom w:w="70" w:type="dxa"/>
              <w:right w:w="80" w:type="dxa"/>
            </w:tcMar>
            <w:vAlign w:val="center"/>
          </w:tcPr>
          <w:p w14:paraId="4256E16A" w14:textId="77777777" w:rsidR="004A1790" w:rsidRPr="0075321D" w:rsidRDefault="00000000" w:rsidP="0075321D">
            <w:pPr>
              <w:spacing w:after="0"/>
              <w:jc w:val="center"/>
              <w:rPr>
                <w:rFonts w:ascii="Proxima Nova" w:hAnsi="Proxima Nova"/>
                <w:szCs w:val="18"/>
              </w:rPr>
            </w:pPr>
            <w:r w:rsidRPr="0075321D">
              <w:rPr>
                <w:rFonts w:ascii="Proxima Nova" w:hAnsi="Proxima Nova"/>
                <w:b/>
                <w:color w:val="FFFFFF"/>
                <w:szCs w:val="18"/>
              </w:rPr>
              <w:t>Adaptation / Reason</w:t>
            </w:r>
          </w:p>
        </w:tc>
      </w:tr>
      <w:tr w:rsidR="004A1790" w:rsidRPr="0075321D" w14:paraId="2D19FA04" w14:textId="77777777">
        <w:trPr>
          <w:jc w:val="center"/>
        </w:trPr>
        <w:tc>
          <w:tcPr>
            <w:tcW w:w="2880" w:type="dxa"/>
            <w:tcMar>
              <w:top w:w="70" w:type="dxa"/>
              <w:left w:w="80" w:type="dxa"/>
              <w:bottom w:w="70" w:type="dxa"/>
              <w:right w:w="80" w:type="dxa"/>
            </w:tcMar>
          </w:tcPr>
          <w:p w14:paraId="5119A4C3" w14:textId="77777777" w:rsidR="004A1790" w:rsidRPr="0075321D" w:rsidRDefault="004A1790" w:rsidP="0075321D">
            <w:pPr>
              <w:spacing w:after="0"/>
              <w:rPr>
                <w:rFonts w:ascii="Proxima Nova" w:hAnsi="Proxima Nova"/>
                <w:szCs w:val="18"/>
              </w:rPr>
            </w:pPr>
          </w:p>
        </w:tc>
        <w:tc>
          <w:tcPr>
            <w:tcW w:w="3456" w:type="dxa"/>
            <w:tcMar>
              <w:top w:w="70" w:type="dxa"/>
              <w:left w:w="80" w:type="dxa"/>
              <w:bottom w:w="70" w:type="dxa"/>
              <w:right w:w="80" w:type="dxa"/>
            </w:tcMar>
          </w:tcPr>
          <w:p w14:paraId="5FD2B750" w14:textId="77777777" w:rsidR="004A1790" w:rsidRPr="0075321D" w:rsidRDefault="004A1790" w:rsidP="0075321D">
            <w:pPr>
              <w:spacing w:after="0"/>
              <w:rPr>
                <w:rFonts w:ascii="Proxima Nova" w:hAnsi="Proxima Nova"/>
                <w:szCs w:val="18"/>
              </w:rPr>
            </w:pPr>
          </w:p>
        </w:tc>
        <w:tc>
          <w:tcPr>
            <w:tcW w:w="1440" w:type="dxa"/>
            <w:tcMar>
              <w:top w:w="70" w:type="dxa"/>
              <w:left w:w="80" w:type="dxa"/>
              <w:bottom w:w="70" w:type="dxa"/>
              <w:right w:w="80" w:type="dxa"/>
            </w:tcMar>
          </w:tcPr>
          <w:p w14:paraId="31CF562C" w14:textId="77777777" w:rsidR="004A1790" w:rsidRPr="0075321D" w:rsidRDefault="004A1790" w:rsidP="0075321D">
            <w:pPr>
              <w:spacing w:after="0"/>
              <w:rPr>
                <w:rFonts w:ascii="Proxima Nova" w:hAnsi="Proxima Nova"/>
                <w:szCs w:val="18"/>
              </w:rPr>
            </w:pPr>
          </w:p>
        </w:tc>
        <w:tc>
          <w:tcPr>
            <w:tcW w:w="2448" w:type="dxa"/>
            <w:tcMar>
              <w:top w:w="70" w:type="dxa"/>
              <w:left w:w="80" w:type="dxa"/>
              <w:bottom w:w="70" w:type="dxa"/>
              <w:right w:w="80" w:type="dxa"/>
            </w:tcMar>
          </w:tcPr>
          <w:p w14:paraId="7A29B537" w14:textId="77777777" w:rsidR="004A1790" w:rsidRPr="0075321D" w:rsidRDefault="004A1790" w:rsidP="0075321D">
            <w:pPr>
              <w:spacing w:after="0"/>
              <w:rPr>
                <w:rFonts w:ascii="Proxima Nova" w:hAnsi="Proxima Nova"/>
                <w:szCs w:val="18"/>
              </w:rPr>
            </w:pPr>
          </w:p>
        </w:tc>
      </w:tr>
    </w:tbl>
    <w:p w14:paraId="158066B2" w14:textId="77777777" w:rsidR="00571BD3" w:rsidRPr="0075321D" w:rsidRDefault="00571BD3" w:rsidP="0075321D">
      <w:pPr>
        <w:spacing w:after="0"/>
        <w:rPr>
          <w:rFonts w:ascii="Proxima Nova" w:hAnsi="Proxima Nova"/>
          <w:szCs w:val="18"/>
        </w:rPr>
      </w:pPr>
    </w:p>
    <w:p w14:paraId="589928D1" w14:textId="30A71940" w:rsidR="004A1790" w:rsidRPr="0075321D" w:rsidRDefault="00000000" w:rsidP="0075321D">
      <w:pPr>
        <w:spacing w:after="0"/>
        <w:rPr>
          <w:rFonts w:ascii="Proxima Nova" w:hAnsi="Proxima Nova"/>
          <w:szCs w:val="18"/>
        </w:rPr>
      </w:pPr>
      <w:r w:rsidRPr="0075321D">
        <w:rPr>
          <w:rFonts w:ascii="Proxima Nova" w:hAnsi="Proxima Nova"/>
          <w:szCs w:val="18"/>
        </w:rPr>
        <w:t>Overall, to what extent was the initiative implemented as intended?</w:t>
      </w:r>
    </w:p>
    <w:p w14:paraId="60A31136" w14:textId="77777777" w:rsidR="0075321D" w:rsidRPr="0075321D" w:rsidRDefault="00000000" w:rsidP="0075321D">
      <w:pPr>
        <w:spacing w:after="0"/>
        <w:rPr>
          <w:rFonts w:ascii="Proxima Nova" w:hAnsi="Proxima Nova"/>
          <w:szCs w:val="18"/>
        </w:rPr>
      </w:pPr>
      <w:sdt>
        <w:sdtPr>
          <w:rPr>
            <w:rFonts w:ascii="Proxima Nova" w:hAnsi="Proxima Nova" w:cs="Segoe UI Symbol"/>
            <w:szCs w:val="18"/>
          </w:rPr>
          <w:id w:val="242992823"/>
          <w14:checkbox>
            <w14:checked w14:val="0"/>
            <w14:checkedState w14:val="2612" w14:font="MS Gothic"/>
            <w14:uncheckedState w14:val="2610" w14:font="MS Gothic"/>
          </w14:checkbox>
        </w:sdtPr>
        <w:sdtContent>
          <w:r w:rsidR="0075321D" w:rsidRPr="0075321D">
            <w:rPr>
              <w:rFonts w:ascii="Segoe UI Symbol" w:eastAsia="MS Gothic" w:hAnsi="Segoe UI Symbol" w:cs="Segoe UI Symbol"/>
              <w:szCs w:val="18"/>
            </w:rPr>
            <w:t>☐</w:t>
          </w:r>
        </w:sdtContent>
      </w:sdt>
      <w:r w:rsidR="0075321D" w:rsidRPr="0075321D">
        <w:rPr>
          <w:rFonts w:ascii="Proxima Nova" w:hAnsi="Proxima Nova"/>
          <w:szCs w:val="18"/>
        </w:rPr>
        <w:t xml:space="preserve"> Not implemented</w:t>
      </w:r>
    </w:p>
    <w:p w14:paraId="6AD82F63" w14:textId="77777777" w:rsidR="0075321D" w:rsidRPr="0075321D" w:rsidRDefault="00000000" w:rsidP="0075321D">
      <w:pPr>
        <w:spacing w:after="0"/>
        <w:rPr>
          <w:rFonts w:ascii="Proxima Nova" w:hAnsi="Proxima Nova"/>
          <w:szCs w:val="18"/>
        </w:rPr>
      </w:pPr>
      <w:sdt>
        <w:sdtPr>
          <w:rPr>
            <w:rFonts w:ascii="Proxima Nova" w:hAnsi="Proxima Nova" w:cs="Segoe UI Symbol"/>
            <w:szCs w:val="18"/>
          </w:rPr>
          <w:id w:val="-1132170764"/>
          <w14:checkbox>
            <w14:checked w14:val="0"/>
            <w14:checkedState w14:val="2612" w14:font="MS Gothic"/>
            <w14:uncheckedState w14:val="2610" w14:font="MS Gothic"/>
          </w14:checkbox>
        </w:sdtPr>
        <w:sdtContent>
          <w:r w:rsidR="0075321D" w:rsidRPr="0075321D">
            <w:rPr>
              <w:rFonts w:ascii="Segoe UI Symbol" w:eastAsia="MS Gothic" w:hAnsi="Segoe UI Symbol" w:cs="Segoe UI Symbol"/>
              <w:szCs w:val="18"/>
            </w:rPr>
            <w:t>☐</w:t>
          </w:r>
        </w:sdtContent>
      </w:sdt>
      <w:r w:rsidR="0075321D" w:rsidRPr="0075321D">
        <w:rPr>
          <w:rFonts w:ascii="Proxima Nova" w:hAnsi="Proxima Nova"/>
          <w:szCs w:val="18"/>
        </w:rPr>
        <w:t xml:space="preserve"> To a limited extent</w:t>
      </w:r>
    </w:p>
    <w:p w14:paraId="029EE2F4" w14:textId="77777777" w:rsidR="0075321D" w:rsidRPr="0075321D" w:rsidRDefault="00000000" w:rsidP="0075321D">
      <w:pPr>
        <w:spacing w:after="0"/>
        <w:rPr>
          <w:rFonts w:ascii="Proxima Nova" w:hAnsi="Proxima Nova"/>
          <w:szCs w:val="18"/>
        </w:rPr>
      </w:pPr>
      <w:sdt>
        <w:sdtPr>
          <w:rPr>
            <w:rFonts w:ascii="Proxima Nova" w:hAnsi="Proxima Nova" w:cs="Segoe UI Symbol"/>
            <w:szCs w:val="18"/>
          </w:rPr>
          <w:id w:val="289641385"/>
          <w14:checkbox>
            <w14:checked w14:val="0"/>
            <w14:checkedState w14:val="2612" w14:font="MS Gothic"/>
            <w14:uncheckedState w14:val="2610" w14:font="MS Gothic"/>
          </w14:checkbox>
        </w:sdtPr>
        <w:sdtContent>
          <w:r w:rsidR="0075321D" w:rsidRPr="0075321D">
            <w:rPr>
              <w:rFonts w:ascii="Segoe UI Symbol" w:eastAsia="MS Gothic" w:hAnsi="Segoe UI Symbol" w:cs="Segoe UI Symbol"/>
              <w:szCs w:val="18"/>
            </w:rPr>
            <w:t>☐</w:t>
          </w:r>
        </w:sdtContent>
      </w:sdt>
      <w:r w:rsidR="0075321D" w:rsidRPr="0075321D">
        <w:rPr>
          <w:rFonts w:ascii="Proxima Nova" w:hAnsi="Proxima Nova"/>
          <w:szCs w:val="18"/>
        </w:rPr>
        <w:t xml:space="preserve"> To a moderate extent</w:t>
      </w:r>
    </w:p>
    <w:p w14:paraId="24755307" w14:textId="77777777" w:rsidR="0075321D" w:rsidRPr="0075321D" w:rsidRDefault="00000000" w:rsidP="0075321D">
      <w:pPr>
        <w:spacing w:after="0"/>
        <w:rPr>
          <w:rFonts w:ascii="Proxima Nova" w:hAnsi="Proxima Nova"/>
          <w:szCs w:val="18"/>
        </w:rPr>
      </w:pPr>
      <w:sdt>
        <w:sdtPr>
          <w:rPr>
            <w:rFonts w:ascii="Proxima Nova" w:hAnsi="Proxima Nova" w:cs="Segoe UI Symbol"/>
            <w:szCs w:val="18"/>
          </w:rPr>
          <w:id w:val="321475557"/>
          <w14:checkbox>
            <w14:checked w14:val="0"/>
            <w14:checkedState w14:val="2612" w14:font="MS Gothic"/>
            <w14:uncheckedState w14:val="2610" w14:font="MS Gothic"/>
          </w14:checkbox>
        </w:sdtPr>
        <w:sdtContent>
          <w:r w:rsidR="0075321D" w:rsidRPr="0075321D">
            <w:rPr>
              <w:rFonts w:ascii="Segoe UI Symbol" w:eastAsia="MS Gothic" w:hAnsi="Segoe UI Symbol" w:cs="Segoe UI Symbol"/>
              <w:szCs w:val="18"/>
            </w:rPr>
            <w:t>☐</w:t>
          </w:r>
        </w:sdtContent>
      </w:sdt>
      <w:r w:rsidR="0075321D" w:rsidRPr="0075321D">
        <w:rPr>
          <w:rFonts w:ascii="Proxima Nova" w:hAnsi="Proxima Nova"/>
          <w:szCs w:val="18"/>
        </w:rPr>
        <w:t xml:space="preserve"> To a great extent</w:t>
      </w:r>
    </w:p>
    <w:p w14:paraId="1BA67FBF" w14:textId="77777777" w:rsidR="00571BD3" w:rsidRDefault="00571BD3" w:rsidP="0075321D">
      <w:pPr>
        <w:spacing w:after="0"/>
        <w:rPr>
          <w:rFonts w:ascii="Proxima Nova" w:hAnsi="Proxima Nova"/>
          <w:szCs w:val="18"/>
        </w:rPr>
      </w:pPr>
    </w:p>
    <w:p w14:paraId="09CAE2F0" w14:textId="77777777" w:rsidR="0075321D" w:rsidRPr="0075321D" w:rsidRDefault="0075321D" w:rsidP="0075321D">
      <w:pPr>
        <w:spacing w:after="0"/>
        <w:rPr>
          <w:rFonts w:ascii="Proxima Nova" w:hAnsi="Proxima Nova"/>
          <w:szCs w:val="18"/>
        </w:rPr>
      </w:pPr>
    </w:p>
    <w:p w14:paraId="282052C8" w14:textId="79F08836" w:rsidR="004A1790" w:rsidRPr="0075321D" w:rsidRDefault="00000000" w:rsidP="0075321D">
      <w:pPr>
        <w:spacing w:after="0"/>
        <w:rPr>
          <w:rFonts w:ascii="Proxima Nova" w:hAnsi="Proxima Nova"/>
          <w:szCs w:val="18"/>
        </w:rPr>
      </w:pPr>
      <w:r w:rsidRPr="0075321D">
        <w:rPr>
          <w:rFonts w:ascii="Proxima Nova" w:hAnsi="Proxima Nova"/>
          <w:szCs w:val="18"/>
        </w:rPr>
        <w:lastRenderedPageBreak/>
        <w:t>Compared with the original Implementation Plan, the initiative was ultimately:</w:t>
      </w:r>
    </w:p>
    <w:p w14:paraId="2B0716D9" w14:textId="77777777" w:rsidR="0075321D" w:rsidRPr="0075321D" w:rsidRDefault="00000000" w:rsidP="0075321D">
      <w:pPr>
        <w:spacing w:after="0"/>
        <w:rPr>
          <w:rFonts w:ascii="Proxima Nova" w:hAnsi="Proxima Nova"/>
          <w:szCs w:val="18"/>
        </w:rPr>
      </w:pPr>
      <w:sdt>
        <w:sdtPr>
          <w:rPr>
            <w:rFonts w:ascii="Proxima Nova" w:hAnsi="Proxima Nova" w:cs="Segoe UI Symbol"/>
            <w:szCs w:val="18"/>
          </w:rPr>
          <w:id w:val="1896004685"/>
          <w14:checkbox>
            <w14:checked w14:val="0"/>
            <w14:checkedState w14:val="2612" w14:font="MS Gothic"/>
            <w14:uncheckedState w14:val="2610" w14:font="MS Gothic"/>
          </w14:checkbox>
        </w:sdtPr>
        <w:sdtContent>
          <w:r w:rsidR="0075321D" w:rsidRPr="0075321D">
            <w:rPr>
              <w:rFonts w:ascii="Segoe UI Symbol" w:eastAsia="MS Gothic" w:hAnsi="Segoe UI Symbol" w:cs="Segoe UI Symbol"/>
              <w:szCs w:val="18"/>
            </w:rPr>
            <w:t>☐</w:t>
          </w:r>
        </w:sdtContent>
      </w:sdt>
      <w:r w:rsidR="0075321D" w:rsidRPr="0075321D">
        <w:rPr>
          <w:rFonts w:ascii="Proxima Nova" w:hAnsi="Proxima Nova"/>
          <w:szCs w:val="18"/>
        </w:rPr>
        <w:t xml:space="preserve"> </w:t>
      </w:r>
      <w:proofErr w:type="gramStart"/>
      <w:r w:rsidR="0075321D" w:rsidRPr="0075321D">
        <w:rPr>
          <w:rFonts w:ascii="Proxima Nova" w:hAnsi="Proxima Nova"/>
          <w:szCs w:val="18"/>
        </w:rPr>
        <w:t>Implemented largely</w:t>
      </w:r>
      <w:proofErr w:type="gramEnd"/>
      <w:r w:rsidR="0075321D" w:rsidRPr="0075321D">
        <w:rPr>
          <w:rFonts w:ascii="Proxima Nova" w:hAnsi="Proxima Nova"/>
          <w:szCs w:val="18"/>
        </w:rPr>
        <w:t xml:space="preserve"> as planned</w:t>
      </w:r>
    </w:p>
    <w:p w14:paraId="4A045E9E" w14:textId="77777777" w:rsidR="0075321D" w:rsidRPr="0075321D" w:rsidRDefault="00000000" w:rsidP="0075321D">
      <w:pPr>
        <w:spacing w:after="0"/>
        <w:rPr>
          <w:rFonts w:ascii="Proxima Nova" w:hAnsi="Proxima Nova"/>
          <w:szCs w:val="18"/>
        </w:rPr>
      </w:pPr>
      <w:sdt>
        <w:sdtPr>
          <w:rPr>
            <w:rFonts w:ascii="Proxima Nova" w:hAnsi="Proxima Nova" w:cs="Segoe UI Symbol"/>
            <w:szCs w:val="18"/>
          </w:rPr>
          <w:id w:val="-1642270399"/>
          <w14:checkbox>
            <w14:checked w14:val="0"/>
            <w14:checkedState w14:val="2612" w14:font="MS Gothic"/>
            <w14:uncheckedState w14:val="2610" w14:font="MS Gothic"/>
          </w14:checkbox>
        </w:sdtPr>
        <w:sdtContent>
          <w:r w:rsidR="0075321D" w:rsidRPr="0075321D">
            <w:rPr>
              <w:rFonts w:ascii="Segoe UI Symbol" w:eastAsia="MS Gothic" w:hAnsi="Segoe UI Symbol" w:cs="Segoe UI Symbol"/>
              <w:szCs w:val="18"/>
            </w:rPr>
            <w:t>☐</w:t>
          </w:r>
        </w:sdtContent>
      </w:sdt>
      <w:r w:rsidR="0075321D" w:rsidRPr="0075321D">
        <w:rPr>
          <w:rFonts w:ascii="Proxima Nova" w:hAnsi="Proxima Nova"/>
          <w:szCs w:val="18"/>
        </w:rPr>
        <w:t xml:space="preserve"> Implemented with minor adjustments</w:t>
      </w:r>
    </w:p>
    <w:p w14:paraId="24AEC0CC" w14:textId="77777777" w:rsidR="0075321D" w:rsidRPr="0075321D" w:rsidRDefault="00000000" w:rsidP="0075321D">
      <w:pPr>
        <w:spacing w:after="0"/>
        <w:rPr>
          <w:rFonts w:ascii="Proxima Nova" w:hAnsi="Proxima Nova"/>
          <w:szCs w:val="18"/>
        </w:rPr>
      </w:pPr>
      <w:sdt>
        <w:sdtPr>
          <w:rPr>
            <w:rFonts w:ascii="Proxima Nova" w:hAnsi="Proxima Nova" w:cs="Segoe UI Symbol"/>
            <w:szCs w:val="18"/>
          </w:rPr>
          <w:id w:val="-1519154336"/>
          <w14:checkbox>
            <w14:checked w14:val="0"/>
            <w14:checkedState w14:val="2612" w14:font="MS Gothic"/>
            <w14:uncheckedState w14:val="2610" w14:font="MS Gothic"/>
          </w14:checkbox>
        </w:sdtPr>
        <w:sdtContent>
          <w:r w:rsidR="0075321D" w:rsidRPr="0075321D">
            <w:rPr>
              <w:rFonts w:ascii="Segoe UI Symbol" w:eastAsia="MS Gothic" w:hAnsi="Segoe UI Symbol" w:cs="Segoe UI Symbol"/>
              <w:szCs w:val="18"/>
            </w:rPr>
            <w:t>☐</w:t>
          </w:r>
        </w:sdtContent>
      </w:sdt>
      <w:r w:rsidR="0075321D" w:rsidRPr="0075321D">
        <w:rPr>
          <w:rFonts w:ascii="Proxima Nova" w:hAnsi="Proxima Nova"/>
          <w:szCs w:val="18"/>
        </w:rPr>
        <w:t xml:space="preserve"> Implemented with significant adjustments</w:t>
      </w:r>
    </w:p>
    <w:p w14:paraId="5F270D14" w14:textId="77777777" w:rsidR="0075321D" w:rsidRPr="0075321D" w:rsidRDefault="00000000" w:rsidP="0075321D">
      <w:pPr>
        <w:spacing w:after="0"/>
        <w:rPr>
          <w:rFonts w:ascii="Proxima Nova" w:hAnsi="Proxima Nova"/>
          <w:szCs w:val="18"/>
        </w:rPr>
      </w:pPr>
      <w:sdt>
        <w:sdtPr>
          <w:rPr>
            <w:rFonts w:ascii="Proxima Nova" w:hAnsi="Proxima Nova" w:cs="Segoe UI Symbol"/>
            <w:szCs w:val="18"/>
          </w:rPr>
          <w:id w:val="-67191903"/>
          <w14:checkbox>
            <w14:checked w14:val="0"/>
            <w14:checkedState w14:val="2612" w14:font="MS Gothic"/>
            <w14:uncheckedState w14:val="2610" w14:font="MS Gothic"/>
          </w14:checkbox>
        </w:sdtPr>
        <w:sdtContent>
          <w:r w:rsidR="0075321D" w:rsidRPr="0075321D">
            <w:rPr>
              <w:rFonts w:ascii="Segoe UI Symbol" w:eastAsia="MS Gothic" w:hAnsi="Segoe UI Symbol" w:cs="Segoe UI Symbol"/>
              <w:szCs w:val="18"/>
            </w:rPr>
            <w:t>☐</w:t>
          </w:r>
        </w:sdtContent>
      </w:sdt>
      <w:r w:rsidR="0075321D" w:rsidRPr="0075321D">
        <w:rPr>
          <w:rFonts w:ascii="Proxima Nova" w:hAnsi="Proxima Nova"/>
          <w:szCs w:val="18"/>
        </w:rPr>
        <w:t xml:space="preserve"> Substantially redesigned</w:t>
      </w:r>
    </w:p>
    <w:p w14:paraId="7DDD3A00" w14:textId="77777777" w:rsidR="0075321D" w:rsidRPr="0075321D" w:rsidRDefault="0075321D" w:rsidP="0075321D">
      <w:pPr>
        <w:spacing w:after="0"/>
        <w:rPr>
          <w:rFonts w:ascii="Proxima Nova" w:hAnsi="Proxima Nova"/>
          <w:szCs w:val="18"/>
        </w:rPr>
      </w:pPr>
    </w:p>
    <w:p w14:paraId="6A42FFD0" w14:textId="77777777" w:rsidR="004A1790" w:rsidRPr="0075321D" w:rsidRDefault="00000000" w:rsidP="0075321D">
      <w:pPr>
        <w:pStyle w:val="Heading1"/>
        <w:spacing w:before="0" w:after="0"/>
        <w:rPr>
          <w:rFonts w:ascii="Proxima Nova" w:hAnsi="Proxima Nova"/>
          <w:sz w:val="18"/>
          <w:szCs w:val="18"/>
        </w:rPr>
      </w:pPr>
      <w:r w:rsidRPr="0075321D">
        <w:rPr>
          <w:rFonts w:ascii="Proxima Nova" w:hAnsi="Proxima Nova"/>
          <w:sz w:val="18"/>
          <w:szCs w:val="18"/>
        </w:rPr>
        <w:t>Evidence of Practice / Behavior Change</w:t>
      </w:r>
    </w:p>
    <w:p w14:paraId="275CB9F0" w14:textId="147FF550" w:rsidR="004A1790" w:rsidRPr="0075321D" w:rsidRDefault="00000000" w:rsidP="0075321D">
      <w:pPr>
        <w:spacing w:after="0"/>
        <w:rPr>
          <w:rFonts w:ascii="Proxima Nova" w:hAnsi="Proxima Nova"/>
        </w:rPr>
      </w:pPr>
      <w:r w:rsidRPr="6ED178DA">
        <w:rPr>
          <w:rFonts w:ascii="Proxima Nova" w:hAnsi="Proxima Nova"/>
        </w:rPr>
        <w:t xml:space="preserve">Return to the intended </w:t>
      </w:r>
      <w:r w:rsidR="73F5B1E9" w:rsidRPr="6ED178DA">
        <w:rPr>
          <w:rFonts w:ascii="Proxima Nova" w:hAnsi="Proxima Nova"/>
        </w:rPr>
        <w:t>results and evidence</w:t>
      </w:r>
      <w:r w:rsidRPr="6ED178DA">
        <w:rPr>
          <w:rFonts w:ascii="Proxima Nova" w:hAnsi="Proxima Nova"/>
        </w:rPr>
        <w:t xml:space="preserve"> identified in your Implementation Plan. What evidence shows whether the intended practice, behavior, process, or routine was </w:t>
      </w:r>
      <w:proofErr w:type="gramStart"/>
      <w:r w:rsidRPr="6ED178DA">
        <w:rPr>
          <w:rFonts w:ascii="Proxima Nova" w:hAnsi="Proxima Nova"/>
        </w:rPr>
        <w:t>actually put</w:t>
      </w:r>
      <w:proofErr w:type="gramEnd"/>
      <w:r w:rsidRPr="6ED178DA">
        <w:rPr>
          <w:rFonts w:ascii="Proxima Nova" w:hAnsi="Proxima Nova"/>
        </w:rPr>
        <w:t xml:space="preserve"> into use?</w:t>
      </w:r>
    </w:p>
    <w:p w14:paraId="015A489D" w14:textId="77777777" w:rsidR="00571BD3" w:rsidRPr="0075321D" w:rsidRDefault="00571BD3" w:rsidP="0075321D">
      <w:pPr>
        <w:spacing w:after="0"/>
        <w:rPr>
          <w:rFonts w:ascii="Proxima Nova" w:hAnsi="Proxima Nova"/>
          <w:szCs w:val="18"/>
        </w:rPr>
      </w:pPr>
    </w:p>
    <w:tbl>
      <w:tblPr>
        <w:tblStyle w:val="TableGrid"/>
        <w:tblW w:w="0" w:type="auto"/>
        <w:jc w:val="center"/>
        <w:tblLook w:val="04A0" w:firstRow="1" w:lastRow="0" w:firstColumn="1" w:lastColumn="0" w:noHBand="0" w:noVBand="1"/>
      </w:tblPr>
      <w:tblGrid>
        <w:gridCol w:w="3312"/>
        <w:gridCol w:w="4176"/>
        <w:gridCol w:w="2736"/>
      </w:tblGrid>
      <w:tr w:rsidR="004A1790" w:rsidRPr="0075321D" w14:paraId="02201823" w14:textId="77777777">
        <w:trPr>
          <w:tblHeader/>
          <w:jc w:val="center"/>
        </w:trPr>
        <w:tc>
          <w:tcPr>
            <w:tcW w:w="3312" w:type="dxa"/>
            <w:shd w:val="clear" w:color="auto" w:fill="5B00A5"/>
            <w:tcMar>
              <w:top w:w="70" w:type="dxa"/>
              <w:left w:w="80" w:type="dxa"/>
              <w:bottom w:w="70" w:type="dxa"/>
              <w:right w:w="80" w:type="dxa"/>
            </w:tcMar>
            <w:vAlign w:val="center"/>
          </w:tcPr>
          <w:p w14:paraId="2B55EAD4" w14:textId="77777777" w:rsidR="004A1790" w:rsidRPr="0075321D" w:rsidRDefault="00000000" w:rsidP="0075321D">
            <w:pPr>
              <w:spacing w:after="0"/>
              <w:jc w:val="center"/>
              <w:rPr>
                <w:rFonts w:ascii="Proxima Nova" w:hAnsi="Proxima Nova"/>
                <w:szCs w:val="18"/>
              </w:rPr>
            </w:pPr>
            <w:r w:rsidRPr="0075321D">
              <w:rPr>
                <w:rFonts w:ascii="Proxima Nova" w:hAnsi="Proxima Nova"/>
                <w:b/>
                <w:color w:val="FFFFFF"/>
                <w:szCs w:val="18"/>
              </w:rPr>
              <w:t>Intended Practice / Behavior</w:t>
            </w:r>
          </w:p>
        </w:tc>
        <w:tc>
          <w:tcPr>
            <w:tcW w:w="4176" w:type="dxa"/>
            <w:shd w:val="clear" w:color="auto" w:fill="5B00A5"/>
            <w:tcMar>
              <w:top w:w="70" w:type="dxa"/>
              <w:left w:w="80" w:type="dxa"/>
              <w:bottom w:w="70" w:type="dxa"/>
              <w:right w:w="80" w:type="dxa"/>
            </w:tcMar>
            <w:vAlign w:val="center"/>
          </w:tcPr>
          <w:p w14:paraId="1A1E9B2A" w14:textId="77777777" w:rsidR="004A1790" w:rsidRPr="0075321D" w:rsidRDefault="00000000" w:rsidP="0075321D">
            <w:pPr>
              <w:spacing w:after="0"/>
              <w:jc w:val="center"/>
              <w:rPr>
                <w:rFonts w:ascii="Proxima Nova" w:hAnsi="Proxima Nova"/>
                <w:szCs w:val="18"/>
              </w:rPr>
            </w:pPr>
            <w:r w:rsidRPr="0075321D">
              <w:rPr>
                <w:rFonts w:ascii="Proxima Nova" w:hAnsi="Proxima Nova"/>
                <w:b/>
                <w:color w:val="FFFFFF"/>
                <w:szCs w:val="18"/>
              </w:rPr>
              <w:t>What the Evidence Shows</w:t>
            </w:r>
          </w:p>
        </w:tc>
        <w:tc>
          <w:tcPr>
            <w:tcW w:w="2736" w:type="dxa"/>
            <w:shd w:val="clear" w:color="auto" w:fill="5B00A5"/>
            <w:tcMar>
              <w:top w:w="70" w:type="dxa"/>
              <w:left w:w="80" w:type="dxa"/>
              <w:bottom w:w="70" w:type="dxa"/>
              <w:right w:w="80" w:type="dxa"/>
            </w:tcMar>
            <w:vAlign w:val="center"/>
          </w:tcPr>
          <w:p w14:paraId="23334D10" w14:textId="77777777" w:rsidR="004A1790" w:rsidRPr="0075321D" w:rsidRDefault="00000000" w:rsidP="0075321D">
            <w:pPr>
              <w:spacing w:after="0"/>
              <w:jc w:val="center"/>
              <w:rPr>
                <w:rFonts w:ascii="Proxima Nova" w:hAnsi="Proxima Nova"/>
                <w:szCs w:val="18"/>
              </w:rPr>
            </w:pPr>
            <w:r w:rsidRPr="0075321D">
              <w:rPr>
                <w:rFonts w:ascii="Proxima Nova" w:hAnsi="Proxima Nova"/>
                <w:b/>
                <w:color w:val="FFFFFF"/>
                <w:szCs w:val="18"/>
              </w:rPr>
              <w:t>Evidence / Source</w:t>
            </w:r>
          </w:p>
        </w:tc>
      </w:tr>
      <w:tr w:rsidR="004A1790" w:rsidRPr="0075321D" w14:paraId="2A931A31" w14:textId="77777777">
        <w:trPr>
          <w:jc w:val="center"/>
        </w:trPr>
        <w:tc>
          <w:tcPr>
            <w:tcW w:w="3312" w:type="dxa"/>
            <w:tcMar>
              <w:top w:w="70" w:type="dxa"/>
              <w:left w:w="80" w:type="dxa"/>
              <w:bottom w:w="70" w:type="dxa"/>
              <w:right w:w="80" w:type="dxa"/>
            </w:tcMar>
          </w:tcPr>
          <w:p w14:paraId="244AA878" w14:textId="77777777" w:rsidR="004A1790" w:rsidRPr="0075321D" w:rsidRDefault="004A1790" w:rsidP="0075321D">
            <w:pPr>
              <w:spacing w:after="0"/>
              <w:rPr>
                <w:rFonts w:ascii="Proxima Nova" w:hAnsi="Proxima Nova"/>
                <w:szCs w:val="18"/>
              </w:rPr>
            </w:pPr>
          </w:p>
        </w:tc>
        <w:tc>
          <w:tcPr>
            <w:tcW w:w="4176" w:type="dxa"/>
            <w:tcMar>
              <w:top w:w="70" w:type="dxa"/>
              <w:left w:w="80" w:type="dxa"/>
              <w:bottom w:w="70" w:type="dxa"/>
              <w:right w:w="80" w:type="dxa"/>
            </w:tcMar>
          </w:tcPr>
          <w:p w14:paraId="5F2DCE73" w14:textId="77777777" w:rsidR="004A1790" w:rsidRPr="0075321D" w:rsidRDefault="004A1790" w:rsidP="0075321D">
            <w:pPr>
              <w:spacing w:after="0"/>
              <w:rPr>
                <w:rFonts w:ascii="Proxima Nova" w:hAnsi="Proxima Nova"/>
                <w:szCs w:val="18"/>
              </w:rPr>
            </w:pPr>
          </w:p>
        </w:tc>
        <w:tc>
          <w:tcPr>
            <w:tcW w:w="2736" w:type="dxa"/>
            <w:tcMar>
              <w:top w:w="70" w:type="dxa"/>
              <w:left w:w="80" w:type="dxa"/>
              <w:bottom w:w="70" w:type="dxa"/>
              <w:right w:w="80" w:type="dxa"/>
            </w:tcMar>
          </w:tcPr>
          <w:p w14:paraId="7B55EDDC" w14:textId="77777777" w:rsidR="004A1790" w:rsidRPr="0075321D" w:rsidRDefault="004A1790" w:rsidP="0075321D">
            <w:pPr>
              <w:spacing w:after="0"/>
              <w:rPr>
                <w:rFonts w:ascii="Proxima Nova" w:hAnsi="Proxima Nova"/>
                <w:szCs w:val="18"/>
              </w:rPr>
            </w:pPr>
          </w:p>
        </w:tc>
      </w:tr>
      <w:tr w:rsidR="004A1790" w:rsidRPr="0075321D" w14:paraId="644EF578" w14:textId="77777777">
        <w:trPr>
          <w:jc w:val="center"/>
        </w:trPr>
        <w:tc>
          <w:tcPr>
            <w:tcW w:w="3312" w:type="dxa"/>
            <w:tcMar>
              <w:top w:w="70" w:type="dxa"/>
              <w:left w:w="80" w:type="dxa"/>
              <w:bottom w:w="70" w:type="dxa"/>
              <w:right w:w="80" w:type="dxa"/>
            </w:tcMar>
          </w:tcPr>
          <w:p w14:paraId="68609AA5" w14:textId="77777777" w:rsidR="004A1790" w:rsidRPr="0075321D" w:rsidRDefault="004A1790" w:rsidP="0075321D">
            <w:pPr>
              <w:spacing w:after="0"/>
              <w:rPr>
                <w:rFonts w:ascii="Proxima Nova" w:hAnsi="Proxima Nova"/>
                <w:szCs w:val="18"/>
              </w:rPr>
            </w:pPr>
          </w:p>
        </w:tc>
        <w:tc>
          <w:tcPr>
            <w:tcW w:w="4176" w:type="dxa"/>
            <w:tcMar>
              <w:top w:w="70" w:type="dxa"/>
              <w:left w:w="80" w:type="dxa"/>
              <w:bottom w:w="70" w:type="dxa"/>
              <w:right w:w="80" w:type="dxa"/>
            </w:tcMar>
          </w:tcPr>
          <w:p w14:paraId="5D19ABC5" w14:textId="77777777" w:rsidR="004A1790" w:rsidRPr="0075321D" w:rsidRDefault="004A1790" w:rsidP="0075321D">
            <w:pPr>
              <w:spacing w:after="0"/>
              <w:rPr>
                <w:rFonts w:ascii="Proxima Nova" w:hAnsi="Proxima Nova"/>
                <w:szCs w:val="18"/>
              </w:rPr>
            </w:pPr>
          </w:p>
        </w:tc>
        <w:tc>
          <w:tcPr>
            <w:tcW w:w="2736" w:type="dxa"/>
            <w:tcMar>
              <w:top w:w="70" w:type="dxa"/>
              <w:left w:w="80" w:type="dxa"/>
              <w:bottom w:w="70" w:type="dxa"/>
              <w:right w:w="80" w:type="dxa"/>
            </w:tcMar>
          </w:tcPr>
          <w:p w14:paraId="3CDF79C3" w14:textId="77777777" w:rsidR="004A1790" w:rsidRPr="0075321D" w:rsidRDefault="004A1790" w:rsidP="0075321D">
            <w:pPr>
              <w:spacing w:after="0"/>
              <w:rPr>
                <w:rFonts w:ascii="Proxima Nova" w:hAnsi="Proxima Nova"/>
                <w:szCs w:val="18"/>
              </w:rPr>
            </w:pPr>
          </w:p>
        </w:tc>
      </w:tr>
    </w:tbl>
    <w:p w14:paraId="43E7F02E" w14:textId="77777777" w:rsidR="00571BD3" w:rsidRPr="0075321D" w:rsidRDefault="00571BD3" w:rsidP="0075321D">
      <w:pPr>
        <w:spacing w:after="0"/>
        <w:rPr>
          <w:rFonts w:ascii="Proxima Nova" w:hAnsi="Proxima Nova"/>
          <w:szCs w:val="18"/>
        </w:rPr>
      </w:pPr>
    </w:p>
    <w:p w14:paraId="442BEF4F" w14:textId="7FA04E47" w:rsidR="004A1790" w:rsidRPr="0075321D" w:rsidRDefault="00000000" w:rsidP="0075321D">
      <w:pPr>
        <w:spacing w:after="0"/>
        <w:rPr>
          <w:rFonts w:ascii="Proxima Nova" w:hAnsi="Proxima Nova"/>
          <w:szCs w:val="18"/>
        </w:rPr>
      </w:pPr>
      <w:r w:rsidRPr="0075321D">
        <w:rPr>
          <w:rFonts w:ascii="Proxima Nova" w:hAnsi="Proxima Nova"/>
          <w:szCs w:val="18"/>
        </w:rPr>
        <w:t>Overall, how strong is the evidence that the intended practice or behavior was put into use?</w:t>
      </w:r>
    </w:p>
    <w:p w14:paraId="09448CB3" w14:textId="77777777" w:rsidR="0075321D" w:rsidRPr="0075321D" w:rsidRDefault="00000000" w:rsidP="0075321D">
      <w:pPr>
        <w:spacing w:after="0"/>
        <w:rPr>
          <w:rFonts w:ascii="Proxima Nova" w:hAnsi="Proxima Nova"/>
          <w:szCs w:val="18"/>
        </w:rPr>
      </w:pPr>
      <w:sdt>
        <w:sdtPr>
          <w:rPr>
            <w:rFonts w:ascii="Proxima Nova" w:hAnsi="Proxima Nova" w:cs="Segoe UI Symbol"/>
            <w:szCs w:val="18"/>
          </w:rPr>
          <w:id w:val="436101627"/>
          <w14:checkbox>
            <w14:checked w14:val="0"/>
            <w14:checkedState w14:val="2612" w14:font="MS Gothic"/>
            <w14:uncheckedState w14:val="2610" w14:font="MS Gothic"/>
          </w14:checkbox>
        </w:sdtPr>
        <w:sdtContent>
          <w:r w:rsidR="0075321D" w:rsidRPr="0075321D">
            <w:rPr>
              <w:rFonts w:ascii="Segoe UI Symbol" w:eastAsia="MS Gothic" w:hAnsi="Segoe UI Symbol" w:cs="Segoe UI Symbol"/>
              <w:szCs w:val="18"/>
            </w:rPr>
            <w:t>☐</w:t>
          </w:r>
        </w:sdtContent>
      </w:sdt>
      <w:r w:rsidR="0075321D" w:rsidRPr="0075321D">
        <w:rPr>
          <w:rFonts w:ascii="Proxima Nova" w:hAnsi="Proxima Nova"/>
          <w:szCs w:val="18"/>
        </w:rPr>
        <w:t xml:space="preserve"> Insufficient evidence to determine</w:t>
      </w:r>
    </w:p>
    <w:p w14:paraId="25D663C7" w14:textId="77777777" w:rsidR="0075321D" w:rsidRPr="0075321D" w:rsidRDefault="00000000" w:rsidP="0075321D">
      <w:pPr>
        <w:spacing w:after="0"/>
        <w:rPr>
          <w:rFonts w:ascii="Proxima Nova" w:hAnsi="Proxima Nova"/>
          <w:szCs w:val="18"/>
        </w:rPr>
      </w:pPr>
      <w:sdt>
        <w:sdtPr>
          <w:rPr>
            <w:rFonts w:ascii="Proxima Nova" w:hAnsi="Proxima Nova" w:cs="Segoe UI Symbol"/>
            <w:szCs w:val="18"/>
          </w:rPr>
          <w:id w:val="1843744514"/>
          <w14:checkbox>
            <w14:checked w14:val="0"/>
            <w14:checkedState w14:val="2612" w14:font="MS Gothic"/>
            <w14:uncheckedState w14:val="2610" w14:font="MS Gothic"/>
          </w14:checkbox>
        </w:sdtPr>
        <w:sdtContent>
          <w:r w:rsidR="0075321D" w:rsidRPr="0075321D">
            <w:rPr>
              <w:rFonts w:ascii="Segoe UI Symbol" w:eastAsia="MS Gothic" w:hAnsi="Segoe UI Symbol" w:cs="Segoe UI Symbol"/>
              <w:szCs w:val="18"/>
            </w:rPr>
            <w:t>☐</w:t>
          </w:r>
        </w:sdtContent>
      </w:sdt>
      <w:r w:rsidR="0075321D" w:rsidRPr="0075321D">
        <w:rPr>
          <w:rFonts w:ascii="Proxima Nova" w:hAnsi="Proxima Nova"/>
          <w:szCs w:val="18"/>
        </w:rPr>
        <w:t xml:space="preserve"> Limited evidence</w:t>
      </w:r>
    </w:p>
    <w:p w14:paraId="2CBE9E57" w14:textId="77777777" w:rsidR="0075321D" w:rsidRPr="0075321D" w:rsidRDefault="00000000" w:rsidP="0075321D">
      <w:pPr>
        <w:spacing w:after="0"/>
        <w:rPr>
          <w:rFonts w:ascii="Proxima Nova" w:hAnsi="Proxima Nova"/>
          <w:szCs w:val="18"/>
        </w:rPr>
      </w:pPr>
      <w:sdt>
        <w:sdtPr>
          <w:rPr>
            <w:rFonts w:ascii="Proxima Nova" w:hAnsi="Proxima Nova" w:cs="Segoe UI Symbol"/>
            <w:szCs w:val="18"/>
          </w:rPr>
          <w:id w:val="274295922"/>
          <w14:checkbox>
            <w14:checked w14:val="0"/>
            <w14:checkedState w14:val="2612" w14:font="MS Gothic"/>
            <w14:uncheckedState w14:val="2610" w14:font="MS Gothic"/>
          </w14:checkbox>
        </w:sdtPr>
        <w:sdtContent>
          <w:r w:rsidR="0075321D" w:rsidRPr="0075321D">
            <w:rPr>
              <w:rFonts w:ascii="Segoe UI Symbol" w:eastAsia="MS Gothic" w:hAnsi="Segoe UI Symbol" w:cs="Segoe UI Symbol"/>
              <w:szCs w:val="18"/>
            </w:rPr>
            <w:t>☐</w:t>
          </w:r>
        </w:sdtContent>
      </w:sdt>
      <w:r w:rsidR="0075321D" w:rsidRPr="0075321D">
        <w:rPr>
          <w:rFonts w:ascii="Proxima Nova" w:hAnsi="Proxima Nova"/>
          <w:szCs w:val="18"/>
        </w:rPr>
        <w:t xml:space="preserve"> Moderate evidence</w:t>
      </w:r>
    </w:p>
    <w:p w14:paraId="27CD294D" w14:textId="77777777" w:rsidR="0075321D" w:rsidRPr="0075321D" w:rsidRDefault="00000000" w:rsidP="0075321D">
      <w:pPr>
        <w:spacing w:after="0"/>
        <w:rPr>
          <w:rFonts w:ascii="Proxima Nova" w:hAnsi="Proxima Nova"/>
          <w:szCs w:val="18"/>
        </w:rPr>
      </w:pPr>
      <w:sdt>
        <w:sdtPr>
          <w:rPr>
            <w:rFonts w:ascii="Proxima Nova" w:hAnsi="Proxima Nova" w:cs="Segoe UI Symbol"/>
            <w:szCs w:val="18"/>
          </w:rPr>
          <w:id w:val="-308789910"/>
          <w14:checkbox>
            <w14:checked w14:val="0"/>
            <w14:checkedState w14:val="2612" w14:font="MS Gothic"/>
            <w14:uncheckedState w14:val="2610" w14:font="MS Gothic"/>
          </w14:checkbox>
        </w:sdtPr>
        <w:sdtContent>
          <w:r w:rsidR="0075321D" w:rsidRPr="0075321D">
            <w:rPr>
              <w:rFonts w:ascii="Segoe UI Symbol" w:eastAsia="MS Gothic" w:hAnsi="Segoe UI Symbol" w:cs="Segoe UI Symbol"/>
              <w:szCs w:val="18"/>
            </w:rPr>
            <w:t>☐</w:t>
          </w:r>
        </w:sdtContent>
      </w:sdt>
      <w:r w:rsidR="0075321D" w:rsidRPr="0075321D">
        <w:rPr>
          <w:rFonts w:ascii="Proxima Nova" w:hAnsi="Proxima Nova"/>
          <w:szCs w:val="18"/>
        </w:rPr>
        <w:t xml:space="preserve"> Strong evidence</w:t>
      </w:r>
    </w:p>
    <w:p w14:paraId="7E7C957E" w14:textId="77777777" w:rsidR="00571BD3" w:rsidRPr="0075321D" w:rsidRDefault="00571BD3" w:rsidP="0075321D">
      <w:pPr>
        <w:pStyle w:val="Heading1"/>
        <w:spacing w:before="0" w:after="0"/>
        <w:rPr>
          <w:rFonts w:ascii="Proxima Nova" w:hAnsi="Proxima Nova"/>
          <w:sz w:val="18"/>
          <w:szCs w:val="18"/>
        </w:rPr>
      </w:pPr>
    </w:p>
    <w:p w14:paraId="4F8F07CC" w14:textId="33F5F9CA" w:rsidR="004A1790" w:rsidRPr="0075321D" w:rsidRDefault="00000000" w:rsidP="0075321D">
      <w:pPr>
        <w:pStyle w:val="Heading1"/>
        <w:spacing w:before="0" w:after="0"/>
        <w:rPr>
          <w:rFonts w:ascii="Proxima Nova" w:hAnsi="Proxima Nova"/>
          <w:sz w:val="18"/>
          <w:szCs w:val="18"/>
        </w:rPr>
      </w:pPr>
      <w:r w:rsidRPr="0075321D">
        <w:rPr>
          <w:rFonts w:ascii="Proxima Nova" w:hAnsi="Proxima Nova"/>
          <w:sz w:val="18"/>
          <w:szCs w:val="18"/>
        </w:rPr>
        <w:t>Evidence of Results / Impact</w:t>
      </w:r>
    </w:p>
    <w:p w14:paraId="3D2B00D7" w14:textId="77777777" w:rsidR="004A1790" w:rsidRPr="0075321D" w:rsidRDefault="00000000" w:rsidP="0075321D">
      <w:pPr>
        <w:spacing w:after="0"/>
        <w:rPr>
          <w:rFonts w:ascii="Proxima Nova" w:hAnsi="Proxima Nova"/>
          <w:szCs w:val="18"/>
        </w:rPr>
      </w:pPr>
      <w:r w:rsidRPr="0075321D">
        <w:rPr>
          <w:rFonts w:ascii="Proxima Nova" w:hAnsi="Proxima Nova"/>
          <w:szCs w:val="18"/>
        </w:rPr>
        <w:t>Return to the intended one-year result and evidence identified in your Implementation Plan. What changed, for whom or what, and how does the evidence compare with the starting point, expected direction, or target?</w:t>
      </w:r>
    </w:p>
    <w:p w14:paraId="25470AD9" w14:textId="77777777" w:rsidR="00571BD3" w:rsidRPr="0075321D" w:rsidRDefault="00571BD3" w:rsidP="0075321D">
      <w:pPr>
        <w:spacing w:after="0"/>
        <w:rPr>
          <w:rFonts w:ascii="Proxima Nova" w:hAnsi="Proxima Nova"/>
          <w:szCs w:val="18"/>
        </w:rPr>
      </w:pPr>
    </w:p>
    <w:tbl>
      <w:tblPr>
        <w:tblStyle w:val="TableGrid"/>
        <w:tblW w:w="0" w:type="auto"/>
        <w:jc w:val="center"/>
        <w:tblLook w:val="04A0" w:firstRow="1" w:lastRow="0" w:firstColumn="1" w:lastColumn="0" w:noHBand="0" w:noVBand="1"/>
      </w:tblPr>
      <w:tblGrid>
        <w:gridCol w:w="2232"/>
        <w:gridCol w:w="2376"/>
        <w:gridCol w:w="2520"/>
        <w:gridCol w:w="1512"/>
        <w:gridCol w:w="1656"/>
      </w:tblGrid>
      <w:tr w:rsidR="004A1790" w:rsidRPr="0075321D" w14:paraId="749CAA5D" w14:textId="77777777">
        <w:trPr>
          <w:tblHeader/>
          <w:jc w:val="center"/>
        </w:trPr>
        <w:tc>
          <w:tcPr>
            <w:tcW w:w="2232" w:type="dxa"/>
            <w:shd w:val="clear" w:color="auto" w:fill="5B00A5"/>
            <w:tcMar>
              <w:top w:w="70" w:type="dxa"/>
              <w:left w:w="80" w:type="dxa"/>
              <w:bottom w:w="70" w:type="dxa"/>
              <w:right w:w="80" w:type="dxa"/>
            </w:tcMar>
            <w:vAlign w:val="center"/>
          </w:tcPr>
          <w:p w14:paraId="35CC08E1" w14:textId="77777777" w:rsidR="004A1790" w:rsidRPr="0075321D" w:rsidRDefault="00000000" w:rsidP="0075321D">
            <w:pPr>
              <w:spacing w:after="0"/>
              <w:jc w:val="center"/>
              <w:rPr>
                <w:rFonts w:ascii="Proxima Nova" w:hAnsi="Proxima Nova"/>
                <w:szCs w:val="18"/>
              </w:rPr>
            </w:pPr>
            <w:r w:rsidRPr="0075321D">
              <w:rPr>
                <w:rFonts w:ascii="Proxima Nova" w:hAnsi="Proxima Nova"/>
                <w:b/>
                <w:color w:val="FFFFFF"/>
                <w:szCs w:val="18"/>
              </w:rPr>
              <w:t>Intended Result</w:t>
            </w:r>
          </w:p>
        </w:tc>
        <w:tc>
          <w:tcPr>
            <w:tcW w:w="2376" w:type="dxa"/>
            <w:shd w:val="clear" w:color="auto" w:fill="5B00A5"/>
            <w:tcMar>
              <w:top w:w="70" w:type="dxa"/>
              <w:left w:w="80" w:type="dxa"/>
              <w:bottom w:w="70" w:type="dxa"/>
              <w:right w:w="80" w:type="dxa"/>
            </w:tcMar>
            <w:vAlign w:val="center"/>
          </w:tcPr>
          <w:p w14:paraId="6F7D723B" w14:textId="77777777" w:rsidR="004A1790" w:rsidRPr="0075321D" w:rsidRDefault="00000000" w:rsidP="0075321D">
            <w:pPr>
              <w:spacing w:after="0"/>
              <w:jc w:val="center"/>
              <w:rPr>
                <w:rFonts w:ascii="Proxima Nova" w:hAnsi="Proxima Nova"/>
                <w:szCs w:val="18"/>
              </w:rPr>
            </w:pPr>
            <w:r w:rsidRPr="0075321D">
              <w:rPr>
                <w:rFonts w:ascii="Proxima Nova" w:hAnsi="Proxima Nova"/>
                <w:b/>
                <w:color w:val="FFFFFF"/>
                <w:szCs w:val="18"/>
              </w:rPr>
              <w:t>Starting Point / Expected Direction / Target</w:t>
            </w:r>
          </w:p>
        </w:tc>
        <w:tc>
          <w:tcPr>
            <w:tcW w:w="2520" w:type="dxa"/>
            <w:shd w:val="clear" w:color="auto" w:fill="5B00A5"/>
            <w:tcMar>
              <w:top w:w="70" w:type="dxa"/>
              <w:left w:w="80" w:type="dxa"/>
              <w:bottom w:w="70" w:type="dxa"/>
              <w:right w:w="80" w:type="dxa"/>
            </w:tcMar>
            <w:vAlign w:val="center"/>
          </w:tcPr>
          <w:p w14:paraId="3A94411D" w14:textId="77777777" w:rsidR="004A1790" w:rsidRPr="0075321D" w:rsidRDefault="00000000" w:rsidP="0075321D">
            <w:pPr>
              <w:spacing w:after="0"/>
              <w:jc w:val="center"/>
              <w:rPr>
                <w:rFonts w:ascii="Proxima Nova" w:hAnsi="Proxima Nova"/>
                <w:szCs w:val="18"/>
              </w:rPr>
            </w:pPr>
            <w:r w:rsidRPr="0075321D">
              <w:rPr>
                <w:rFonts w:ascii="Proxima Nova" w:hAnsi="Proxima Nova"/>
                <w:b/>
                <w:color w:val="FFFFFF"/>
                <w:szCs w:val="18"/>
              </w:rPr>
              <w:t>What the Evidence Shows</w:t>
            </w:r>
          </w:p>
        </w:tc>
        <w:tc>
          <w:tcPr>
            <w:tcW w:w="1512" w:type="dxa"/>
            <w:shd w:val="clear" w:color="auto" w:fill="5B00A5"/>
            <w:tcMar>
              <w:top w:w="70" w:type="dxa"/>
              <w:left w:w="80" w:type="dxa"/>
              <w:bottom w:w="70" w:type="dxa"/>
              <w:right w:w="80" w:type="dxa"/>
            </w:tcMar>
            <w:vAlign w:val="center"/>
          </w:tcPr>
          <w:p w14:paraId="6492BCCA" w14:textId="77777777" w:rsidR="004A1790" w:rsidRPr="0075321D" w:rsidRDefault="00000000" w:rsidP="0075321D">
            <w:pPr>
              <w:spacing w:after="0"/>
              <w:jc w:val="center"/>
              <w:rPr>
                <w:rFonts w:ascii="Proxima Nova" w:hAnsi="Proxima Nova"/>
                <w:szCs w:val="18"/>
              </w:rPr>
            </w:pPr>
            <w:r w:rsidRPr="0075321D">
              <w:rPr>
                <w:rFonts w:ascii="Proxima Nova" w:hAnsi="Proxima Nova"/>
                <w:b/>
                <w:color w:val="FFFFFF"/>
                <w:szCs w:val="18"/>
              </w:rPr>
              <w:t>Result Status</w:t>
            </w:r>
          </w:p>
        </w:tc>
        <w:tc>
          <w:tcPr>
            <w:tcW w:w="1656" w:type="dxa"/>
            <w:shd w:val="clear" w:color="auto" w:fill="5B00A5"/>
            <w:tcMar>
              <w:top w:w="70" w:type="dxa"/>
              <w:left w:w="80" w:type="dxa"/>
              <w:bottom w:w="70" w:type="dxa"/>
              <w:right w:w="80" w:type="dxa"/>
            </w:tcMar>
            <w:vAlign w:val="center"/>
          </w:tcPr>
          <w:p w14:paraId="6C61879E" w14:textId="77777777" w:rsidR="004A1790" w:rsidRPr="0075321D" w:rsidRDefault="00000000" w:rsidP="0075321D">
            <w:pPr>
              <w:spacing w:after="0"/>
              <w:jc w:val="center"/>
              <w:rPr>
                <w:rFonts w:ascii="Proxima Nova" w:hAnsi="Proxima Nova"/>
                <w:szCs w:val="18"/>
              </w:rPr>
            </w:pPr>
            <w:r w:rsidRPr="0075321D">
              <w:rPr>
                <w:rFonts w:ascii="Proxima Nova" w:hAnsi="Proxima Nova"/>
                <w:b/>
                <w:color w:val="FFFFFF"/>
                <w:szCs w:val="18"/>
              </w:rPr>
              <w:t>Evidence / Source</w:t>
            </w:r>
          </w:p>
        </w:tc>
      </w:tr>
      <w:tr w:rsidR="004A1790" w:rsidRPr="0075321D" w14:paraId="7AC0AC36" w14:textId="77777777">
        <w:trPr>
          <w:jc w:val="center"/>
        </w:trPr>
        <w:tc>
          <w:tcPr>
            <w:tcW w:w="2232" w:type="dxa"/>
            <w:tcMar>
              <w:top w:w="70" w:type="dxa"/>
              <w:left w:w="80" w:type="dxa"/>
              <w:bottom w:w="70" w:type="dxa"/>
              <w:right w:w="80" w:type="dxa"/>
            </w:tcMar>
          </w:tcPr>
          <w:p w14:paraId="39409644" w14:textId="77777777" w:rsidR="004A1790" w:rsidRPr="0075321D" w:rsidRDefault="004A1790" w:rsidP="0075321D">
            <w:pPr>
              <w:spacing w:after="0"/>
              <w:rPr>
                <w:rFonts w:ascii="Proxima Nova" w:hAnsi="Proxima Nova"/>
                <w:szCs w:val="18"/>
              </w:rPr>
            </w:pPr>
          </w:p>
        </w:tc>
        <w:tc>
          <w:tcPr>
            <w:tcW w:w="2376" w:type="dxa"/>
            <w:tcMar>
              <w:top w:w="70" w:type="dxa"/>
              <w:left w:w="80" w:type="dxa"/>
              <w:bottom w:w="70" w:type="dxa"/>
              <w:right w:w="80" w:type="dxa"/>
            </w:tcMar>
          </w:tcPr>
          <w:p w14:paraId="7DD17881" w14:textId="77777777" w:rsidR="004A1790" w:rsidRPr="0075321D" w:rsidRDefault="004A1790" w:rsidP="0075321D">
            <w:pPr>
              <w:spacing w:after="0"/>
              <w:rPr>
                <w:rFonts w:ascii="Proxima Nova" w:hAnsi="Proxima Nova"/>
                <w:szCs w:val="18"/>
              </w:rPr>
            </w:pPr>
          </w:p>
        </w:tc>
        <w:tc>
          <w:tcPr>
            <w:tcW w:w="2520" w:type="dxa"/>
            <w:tcMar>
              <w:top w:w="70" w:type="dxa"/>
              <w:left w:w="80" w:type="dxa"/>
              <w:bottom w:w="70" w:type="dxa"/>
              <w:right w:w="80" w:type="dxa"/>
            </w:tcMar>
          </w:tcPr>
          <w:p w14:paraId="6808E9D7" w14:textId="77777777" w:rsidR="004A1790" w:rsidRPr="0075321D" w:rsidRDefault="004A1790" w:rsidP="0075321D">
            <w:pPr>
              <w:spacing w:after="0"/>
              <w:rPr>
                <w:rFonts w:ascii="Proxima Nova" w:hAnsi="Proxima Nova"/>
                <w:szCs w:val="18"/>
              </w:rPr>
            </w:pPr>
          </w:p>
        </w:tc>
        <w:tc>
          <w:tcPr>
            <w:tcW w:w="1512" w:type="dxa"/>
            <w:tcMar>
              <w:top w:w="70" w:type="dxa"/>
              <w:left w:w="80" w:type="dxa"/>
              <w:bottom w:w="70" w:type="dxa"/>
              <w:right w:w="80" w:type="dxa"/>
            </w:tcMar>
          </w:tcPr>
          <w:p w14:paraId="38FFDC69" w14:textId="77777777" w:rsidR="004A1790" w:rsidRPr="0075321D" w:rsidRDefault="004A1790" w:rsidP="0075321D">
            <w:pPr>
              <w:spacing w:after="0"/>
              <w:rPr>
                <w:rFonts w:ascii="Proxima Nova" w:hAnsi="Proxima Nova"/>
                <w:szCs w:val="18"/>
              </w:rPr>
            </w:pPr>
          </w:p>
        </w:tc>
        <w:tc>
          <w:tcPr>
            <w:tcW w:w="1656" w:type="dxa"/>
            <w:tcMar>
              <w:top w:w="70" w:type="dxa"/>
              <w:left w:w="80" w:type="dxa"/>
              <w:bottom w:w="70" w:type="dxa"/>
              <w:right w:w="80" w:type="dxa"/>
            </w:tcMar>
          </w:tcPr>
          <w:p w14:paraId="4AB772EC" w14:textId="77777777" w:rsidR="004A1790" w:rsidRPr="0075321D" w:rsidRDefault="004A1790" w:rsidP="0075321D">
            <w:pPr>
              <w:spacing w:after="0"/>
              <w:rPr>
                <w:rFonts w:ascii="Proxima Nova" w:hAnsi="Proxima Nova"/>
                <w:szCs w:val="18"/>
              </w:rPr>
            </w:pPr>
          </w:p>
        </w:tc>
      </w:tr>
      <w:tr w:rsidR="004A1790" w:rsidRPr="0075321D" w14:paraId="06CBD58A" w14:textId="77777777">
        <w:trPr>
          <w:jc w:val="center"/>
        </w:trPr>
        <w:tc>
          <w:tcPr>
            <w:tcW w:w="2232" w:type="dxa"/>
            <w:tcMar>
              <w:top w:w="70" w:type="dxa"/>
              <w:left w:w="80" w:type="dxa"/>
              <w:bottom w:w="70" w:type="dxa"/>
              <w:right w:w="80" w:type="dxa"/>
            </w:tcMar>
          </w:tcPr>
          <w:p w14:paraId="4C9B83B6" w14:textId="77777777" w:rsidR="004A1790" w:rsidRPr="0075321D" w:rsidRDefault="004A1790" w:rsidP="0075321D">
            <w:pPr>
              <w:spacing w:after="0"/>
              <w:rPr>
                <w:rFonts w:ascii="Proxima Nova" w:hAnsi="Proxima Nova"/>
                <w:szCs w:val="18"/>
              </w:rPr>
            </w:pPr>
          </w:p>
        </w:tc>
        <w:tc>
          <w:tcPr>
            <w:tcW w:w="2376" w:type="dxa"/>
            <w:tcMar>
              <w:top w:w="70" w:type="dxa"/>
              <w:left w:w="80" w:type="dxa"/>
              <w:bottom w:w="70" w:type="dxa"/>
              <w:right w:w="80" w:type="dxa"/>
            </w:tcMar>
          </w:tcPr>
          <w:p w14:paraId="0518ACC5" w14:textId="77777777" w:rsidR="004A1790" w:rsidRPr="0075321D" w:rsidRDefault="004A1790" w:rsidP="0075321D">
            <w:pPr>
              <w:spacing w:after="0"/>
              <w:rPr>
                <w:rFonts w:ascii="Proxima Nova" w:hAnsi="Proxima Nova"/>
                <w:szCs w:val="18"/>
              </w:rPr>
            </w:pPr>
          </w:p>
        </w:tc>
        <w:tc>
          <w:tcPr>
            <w:tcW w:w="2520" w:type="dxa"/>
            <w:tcMar>
              <w:top w:w="70" w:type="dxa"/>
              <w:left w:w="80" w:type="dxa"/>
              <w:bottom w:w="70" w:type="dxa"/>
              <w:right w:w="80" w:type="dxa"/>
            </w:tcMar>
          </w:tcPr>
          <w:p w14:paraId="1EA8B844" w14:textId="77777777" w:rsidR="004A1790" w:rsidRPr="0075321D" w:rsidRDefault="004A1790" w:rsidP="0075321D">
            <w:pPr>
              <w:spacing w:after="0"/>
              <w:rPr>
                <w:rFonts w:ascii="Proxima Nova" w:hAnsi="Proxima Nova"/>
                <w:szCs w:val="18"/>
              </w:rPr>
            </w:pPr>
          </w:p>
        </w:tc>
        <w:tc>
          <w:tcPr>
            <w:tcW w:w="1512" w:type="dxa"/>
            <w:tcMar>
              <w:top w:w="70" w:type="dxa"/>
              <w:left w:w="80" w:type="dxa"/>
              <w:bottom w:w="70" w:type="dxa"/>
              <w:right w:w="80" w:type="dxa"/>
            </w:tcMar>
          </w:tcPr>
          <w:p w14:paraId="49B1D31B" w14:textId="77777777" w:rsidR="004A1790" w:rsidRPr="0075321D" w:rsidRDefault="004A1790" w:rsidP="0075321D">
            <w:pPr>
              <w:spacing w:after="0"/>
              <w:rPr>
                <w:rFonts w:ascii="Proxima Nova" w:hAnsi="Proxima Nova"/>
                <w:szCs w:val="18"/>
              </w:rPr>
            </w:pPr>
          </w:p>
        </w:tc>
        <w:tc>
          <w:tcPr>
            <w:tcW w:w="1656" w:type="dxa"/>
            <w:tcMar>
              <w:top w:w="70" w:type="dxa"/>
              <w:left w:w="80" w:type="dxa"/>
              <w:bottom w:w="70" w:type="dxa"/>
              <w:right w:w="80" w:type="dxa"/>
            </w:tcMar>
          </w:tcPr>
          <w:p w14:paraId="45FC9ACF" w14:textId="77777777" w:rsidR="004A1790" w:rsidRPr="0075321D" w:rsidRDefault="004A1790" w:rsidP="0075321D">
            <w:pPr>
              <w:spacing w:after="0"/>
              <w:rPr>
                <w:rFonts w:ascii="Proxima Nova" w:hAnsi="Proxima Nova"/>
                <w:szCs w:val="18"/>
              </w:rPr>
            </w:pPr>
          </w:p>
        </w:tc>
      </w:tr>
    </w:tbl>
    <w:p w14:paraId="5E40F765" w14:textId="77777777" w:rsidR="00571BD3" w:rsidRPr="0075321D" w:rsidRDefault="00571BD3" w:rsidP="0075321D">
      <w:pPr>
        <w:spacing w:after="0"/>
        <w:rPr>
          <w:rFonts w:ascii="Proxima Nova" w:hAnsi="Proxima Nova"/>
          <w:szCs w:val="18"/>
        </w:rPr>
      </w:pPr>
    </w:p>
    <w:p w14:paraId="75585051" w14:textId="77777777" w:rsidR="00571BD3" w:rsidRPr="0075321D" w:rsidRDefault="00000000" w:rsidP="0075321D">
      <w:pPr>
        <w:pStyle w:val="ListParagraph"/>
        <w:numPr>
          <w:ilvl w:val="0"/>
          <w:numId w:val="10"/>
        </w:numPr>
        <w:spacing w:after="0"/>
        <w:rPr>
          <w:rFonts w:ascii="Proxima Nova" w:hAnsi="Proxima Nova"/>
          <w:szCs w:val="18"/>
        </w:rPr>
      </w:pPr>
      <w:r w:rsidRPr="0075321D">
        <w:rPr>
          <w:rFonts w:ascii="Proxima Nova" w:hAnsi="Proxima Nova"/>
          <w:szCs w:val="18"/>
        </w:rPr>
        <w:t>Result status: Demonstrated = sufficient outcome evidence supports the intended change</w:t>
      </w:r>
    </w:p>
    <w:p w14:paraId="638872E1" w14:textId="77777777" w:rsidR="00571BD3" w:rsidRPr="0075321D" w:rsidRDefault="00000000" w:rsidP="0075321D">
      <w:pPr>
        <w:pStyle w:val="ListParagraph"/>
        <w:numPr>
          <w:ilvl w:val="0"/>
          <w:numId w:val="10"/>
        </w:numPr>
        <w:spacing w:after="0"/>
        <w:rPr>
          <w:rFonts w:ascii="Proxima Nova" w:hAnsi="Proxima Nova"/>
          <w:szCs w:val="18"/>
        </w:rPr>
      </w:pPr>
      <w:r w:rsidRPr="0075321D">
        <w:rPr>
          <w:rFonts w:ascii="Proxima Nova" w:hAnsi="Proxima Nova"/>
          <w:szCs w:val="18"/>
        </w:rPr>
        <w:t>Emerging = evidence indicates movement in the intended direction but is not yet conclusive</w:t>
      </w:r>
    </w:p>
    <w:p w14:paraId="3A98A78A" w14:textId="77777777" w:rsidR="00571BD3" w:rsidRPr="0075321D" w:rsidRDefault="00000000" w:rsidP="0075321D">
      <w:pPr>
        <w:pStyle w:val="ListParagraph"/>
        <w:numPr>
          <w:ilvl w:val="0"/>
          <w:numId w:val="10"/>
        </w:numPr>
        <w:spacing w:after="0"/>
        <w:rPr>
          <w:rFonts w:ascii="Proxima Nova" w:hAnsi="Proxima Nova"/>
          <w:szCs w:val="18"/>
        </w:rPr>
      </w:pPr>
      <w:r w:rsidRPr="0075321D">
        <w:rPr>
          <w:rFonts w:ascii="Proxima Nova" w:hAnsi="Proxima Nova"/>
          <w:szCs w:val="18"/>
        </w:rPr>
        <w:t>Not Yet Evident = available evidence does not show the intended change</w:t>
      </w:r>
    </w:p>
    <w:p w14:paraId="54CBB68B" w14:textId="67802858" w:rsidR="004A1790" w:rsidRPr="0075321D" w:rsidRDefault="00000000" w:rsidP="0075321D">
      <w:pPr>
        <w:pStyle w:val="ListParagraph"/>
        <w:numPr>
          <w:ilvl w:val="0"/>
          <w:numId w:val="10"/>
        </w:numPr>
        <w:spacing w:after="0"/>
        <w:rPr>
          <w:rFonts w:ascii="Proxima Nova" w:hAnsi="Proxima Nova"/>
          <w:szCs w:val="18"/>
        </w:rPr>
      </w:pPr>
      <w:r w:rsidRPr="0075321D">
        <w:rPr>
          <w:rFonts w:ascii="Proxima Nova" w:hAnsi="Proxima Nova"/>
          <w:szCs w:val="18"/>
        </w:rPr>
        <w:t>Insufficient Evidence to Determine = evidence is not adequate to judge.</w:t>
      </w:r>
    </w:p>
    <w:p w14:paraId="5F0A6BCE" w14:textId="77777777" w:rsidR="00571BD3" w:rsidRPr="0075321D" w:rsidRDefault="00571BD3" w:rsidP="0075321D">
      <w:pPr>
        <w:pStyle w:val="Heading1"/>
        <w:spacing w:before="0" w:after="0"/>
        <w:rPr>
          <w:rFonts w:ascii="Proxima Nova" w:hAnsi="Proxima Nova"/>
          <w:sz w:val="18"/>
          <w:szCs w:val="18"/>
        </w:rPr>
      </w:pPr>
    </w:p>
    <w:p w14:paraId="2626E12B" w14:textId="7D5FCB62" w:rsidR="004A1790" w:rsidRPr="0075321D" w:rsidRDefault="00000000" w:rsidP="0075321D">
      <w:pPr>
        <w:pStyle w:val="Heading1"/>
        <w:spacing w:before="0" w:after="0"/>
        <w:rPr>
          <w:rFonts w:ascii="Proxima Nova" w:hAnsi="Proxima Nova"/>
          <w:sz w:val="18"/>
          <w:szCs w:val="18"/>
        </w:rPr>
      </w:pPr>
      <w:r w:rsidRPr="0075321D">
        <w:rPr>
          <w:rFonts w:ascii="Proxima Nova" w:hAnsi="Proxima Nova"/>
          <w:sz w:val="18"/>
          <w:szCs w:val="18"/>
        </w:rPr>
        <w:t>What We Learned</w:t>
      </w:r>
    </w:p>
    <w:p w14:paraId="3C98ECF6" w14:textId="77777777" w:rsidR="004A1790" w:rsidRPr="0075321D" w:rsidRDefault="00000000" w:rsidP="0075321D">
      <w:pPr>
        <w:spacing w:after="0"/>
        <w:rPr>
          <w:rFonts w:ascii="Proxima Nova" w:hAnsi="Proxima Nova"/>
          <w:szCs w:val="18"/>
        </w:rPr>
      </w:pPr>
      <w:r w:rsidRPr="0075321D">
        <w:rPr>
          <w:rFonts w:ascii="Proxima Nova" w:hAnsi="Proxima Nova"/>
          <w:szCs w:val="18"/>
        </w:rPr>
        <w:t>Which factors most influenced implementation and results? Select up to three and indicate whether each functioned primarily as an enabler, barrier, or both.</w:t>
      </w:r>
    </w:p>
    <w:p w14:paraId="6FED6684" w14:textId="77777777" w:rsidR="0075321D" w:rsidRPr="0075321D" w:rsidRDefault="0075321D" w:rsidP="0075321D">
      <w:pPr>
        <w:spacing w:after="0"/>
        <w:rPr>
          <w:rFonts w:ascii="Proxima Nova" w:hAnsi="Proxima Nova"/>
          <w:szCs w:val="18"/>
        </w:rPr>
      </w:pPr>
    </w:p>
    <w:tbl>
      <w:tblPr>
        <w:tblStyle w:val="TableGrid"/>
        <w:tblW w:w="0" w:type="auto"/>
        <w:tblInd w:w="28" w:type="dxa"/>
        <w:tblLook w:val="04A0" w:firstRow="1" w:lastRow="0" w:firstColumn="1" w:lastColumn="0" w:noHBand="0" w:noVBand="1"/>
      </w:tblPr>
      <w:tblGrid>
        <w:gridCol w:w="6624"/>
        <w:gridCol w:w="1152"/>
        <w:gridCol w:w="1152"/>
        <w:gridCol w:w="1296"/>
      </w:tblGrid>
      <w:tr w:rsidR="0075321D" w:rsidRPr="0075321D" w14:paraId="4D290BA8" w14:textId="77777777" w:rsidTr="0075321D">
        <w:trPr>
          <w:tblHeader/>
        </w:trPr>
        <w:tc>
          <w:tcPr>
            <w:tcW w:w="6624" w:type="dxa"/>
            <w:shd w:val="clear" w:color="auto" w:fill="4F00A3"/>
          </w:tcPr>
          <w:p w14:paraId="1E8C33DB" w14:textId="77777777" w:rsidR="0075321D" w:rsidRPr="0075321D" w:rsidRDefault="0075321D" w:rsidP="0075321D">
            <w:pPr>
              <w:spacing w:after="0"/>
              <w:rPr>
                <w:rFonts w:ascii="Proxima Nova" w:hAnsi="Proxima Nova"/>
                <w:color w:val="FFFFFF" w:themeColor="background1"/>
                <w:szCs w:val="18"/>
              </w:rPr>
            </w:pPr>
            <w:r w:rsidRPr="0075321D">
              <w:rPr>
                <w:rFonts w:ascii="Proxima Nova" w:hAnsi="Proxima Nova"/>
                <w:b/>
                <w:color w:val="FFFFFF" w:themeColor="background1"/>
                <w:szCs w:val="18"/>
              </w:rPr>
              <w:t>Factor</w:t>
            </w:r>
          </w:p>
        </w:tc>
        <w:tc>
          <w:tcPr>
            <w:tcW w:w="1152" w:type="dxa"/>
            <w:shd w:val="clear" w:color="auto" w:fill="4F00A3"/>
          </w:tcPr>
          <w:p w14:paraId="03AE2B05" w14:textId="77777777" w:rsidR="0075321D" w:rsidRPr="0075321D" w:rsidRDefault="0075321D" w:rsidP="0075321D">
            <w:pPr>
              <w:spacing w:after="0"/>
              <w:jc w:val="center"/>
              <w:rPr>
                <w:rFonts w:ascii="Proxima Nova" w:hAnsi="Proxima Nova"/>
                <w:color w:val="FFFFFF" w:themeColor="background1"/>
                <w:szCs w:val="18"/>
              </w:rPr>
            </w:pPr>
            <w:r w:rsidRPr="0075321D">
              <w:rPr>
                <w:rFonts w:ascii="Proxima Nova" w:hAnsi="Proxima Nova"/>
                <w:b/>
                <w:color w:val="FFFFFF" w:themeColor="background1"/>
                <w:szCs w:val="18"/>
              </w:rPr>
              <w:t>Enabler</w:t>
            </w:r>
          </w:p>
        </w:tc>
        <w:tc>
          <w:tcPr>
            <w:tcW w:w="1152" w:type="dxa"/>
            <w:shd w:val="clear" w:color="auto" w:fill="4F00A3"/>
          </w:tcPr>
          <w:p w14:paraId="4BB52177" w14:textId="77777777" w:rsidR="0075321D" w:rsidRPr="0075321D" w:rsidRDefault="0075321D" w:rsidP="0075321D">
            <w:pPr>
              <w:spacing w:after="0"/>
              <w:jc w:val="center"/>
              <w:rPr>
                <w:rFonts w:ascii="Proxima Nova" w:hAnsi="Proxima Nova"/>
                <w:color w:val="FFFFFF" w:themeColor="background1"/>
                <w:szCs w:val="18"/>
              </w:rPr>
            </w:pPr>
            <w:r w:rsidRPr="0075321D">
              <w:rPr>
                <w:rFonts w:ascii="Proxima Nova" w:hAnsi="Proxima Nova"/>
                <w:b/>
                <w:color w:val="FFFFFF" w:themeColor="background1"/>
                <w:szCs w:val="18"/>
              </w:rPr>
              <w:t>Barrier</w:t>
            </w:r>
          </w:p>
        </w:tc>
        <w:tc>
          <w:tcPr>
            <w:tcW w:w="1296" w:type="dxa"/>
            <w:shd w:val="clear" w:color="auto" w:fill="4F00A3"/>
          </w:tcPr>
          <w:p w14:paraId="7ED1AEBA" w14:textId="77777777" w:rsidR="0075321D" w:rsidRPr="0075321D" w:rsidRDefault="0075321D" w:rsidP="0075321D">
            <w:pPr>
              <w:spacing w:after="0"/>
              <w:jc w:val="center"/>
              <w:rPr>
                <w:rFonts w:ascii="Proxima Nova" w:hAnsi="Proxima Nova"/>
                <w:color w:val="FFFFFF" w:themeColor="background1"/>
                <w:szCs w:val="18"/>
              </w:rPr>
            </w:pPr>
            <w:r w:rsidRPr="0075321D">
              <w:rPr>
                <w:rFonts w:ascii="Proxima Nova" w:hAnsi="Proxima Nova"/>
                <w:b/>
                <w:color w:val="FFFFFF" w:themeColor="background1"/>
                <w:szCs w:val="18"/>
              </w:rPr>
              <w:t>Both</w:t>
            </w:r>
          </w:p>
        </w:tc>
      </w:tr>
      <w:tr w:rsidR="0075321D" w:rsidRPr="0075321D" w14:paraId="5D093CF0" w14:textId="77777777" w:rsidTr="0075321D">
        <w:tc>
          <w:tcPr>
            <w:tcW w:w="6624" w:type="dxa"/>
          </w:tcPr>
          <w:p w14:paraId="3AB11010" w14:textId="77777777" w:rsidR="0075321D" w:rsidRPr="0075321D" w:rsidRDefault="0075321D" w:rsidP="0075321D">
            <w:pPr>
              <w:spacing w:after="0"/>
              <w:rPr>
                <w:rFonts w:ascii="Proxima Nova" w:hAnsi="Proxima Nova"/>
                <w:szCs w:val="18"/>
              </w:rPr>
            </w:pPr>
            <w:r w:rsidRPr="0075321D">
              <w:rPr>
                <w:rFonts w:ascii="Proxima Nova" w:hAnsi="Proxima Nova"/>
                <w:szCs w:val="18"/>
              </w:rPr>
              <w:t>Leadership support</w:t>
            </w:r>
          </w:p>
        </w:tc>
        <w:tc>
          <w:tcPr>
            <w:tcW w:w="1152" w:type="dxa"/>
          </w:tcPr>
          <w:p w14:paraId="35C1FC19" w14:textId="77777777" w:rsidR="0075321D" w:rsidRPr="0075321D" w:rsidRDefault="00000000" w:rsidP="0075321D">
            <w:pPr>
              <w:spacing w:after="0"/>
              <w:jc w:val="center"/>
              <w:rPr>
                <w:rFonts w:ascii="Proxima Nova" w:hAnsi="Proxima Nova"/>
                <w:szCs w:val="18"/>
              </w:rPr>
            </w:pPr>
            <w:sdt>
              <w:sdtPr>
                <w:rPr>
                  <w:rFonts w:ascii="Proxima Nova" w:hAnsi="Proxima Nova"/>
                  <w:szCs w:val="18"/>
                </w:rPr>
                <w:id w:val="-2055841290"/>
                <w14:checkbox>
                  <w14:checked w14:val="0"/>
                  <w14:checkedState w14:val="2612" w14:font="MS Gothic"/>
                  <w14:uncheckedState w14:val="2610" w14:font="MS Gothic"/>
                </w14:checkbox>
              </w:sdtPr>
              <w:sdtContent>
                <w:r w:rsidR="0075321D" w:rsidRPr="0075321D">
                  <w:rPr>
                    <w:rFonts w:ascii="Segoe UI Symbol" w:eastAsia="MS Gothic" w:hAnsi="Segoe UI Symbol" w:cs="Segoe UI Symbol"/>
                    <w:szCs w:val="18"/>
                  </w:rPr>
                  <w:t>☐</w:t>
                </w:r>
              </w:sdtContent>
            </w:sdt>
          </w:p>
        </w:tc>
        <w:tc>
          <w:tcPr>
            <w:tcW w:w="1152" w:type="dxa"/>
          </w:tcPr>
          <w:p w14:paraId="6DF10D17" w14:textId="77777777" w:rsidR="0075321D" w:rsidRPr="0075321D" w:rsidRDefault="00000000" w:rsidP="0075321D">
            <w:pPr>
              <w:spacing w:after="0"/>
              <w:jc w:val="center"/>
              <w:rPr>
                <w:rFonts w:ascii="Proxima Nova" w:hAnsi="Proxima Nova"/>
                <w:szCs w:val="18"/>
              </w:rPr>
            </w:pPr>
            <w:sdt>
              <w:sdtPr>
                <w:rPr>
                  <w:rFonts w:ascii="Proxima Nova" w:hAnsi="Proxima Nova"/>
                  <w:szCs w:val="18"/>
                </w:rPr>
                <w:id w:val="1522355516"/>
                <w14:checkbox>
                  <w14:checked w14:val="0"/>
                  <w14:checkedState w14:val="2612" w14:font="MS Gothic"/>
                  <w14:uncheckedState w14:val="2610" w14:font="MS Gothic"/>
                </w14:checkbox>
              </w:sdtPr>
              <w:sdtContent>
                <w:r w:rsidR="0075321D" w:rsidRPr="0075321D">
                  <w:rPr>
                    <w:rFonts w:ascii="Segoe UI Symbol" w:hAnsi="Segoe UI Symbol" w:cs="Segoe UI Symbol"/>
                    <w:szCs w:val="18"/>
                  </w:rPr>
                  <w:t>☐</w:t>
                </w:r>
              </w:sdtContent>
            </w:sdt>
          </w:p>
        </w:tc>
        <w:tc>
          <w:tcPr>
            <w:tcW w:w="1296" w:type="dxa"/>
          </w:tcPr>
          <w:p w14:paraId="53902C88" w14:textId="77777777" w:rsidR="0075321D" w:rsidRPr="0075321D" w:rsidRDefault="00000000" w:rsidP="0075321D">
            <w:pPr>
              <w:spacing w:after="0"/>
              <w:jc w:val="center"/>
              <w:rPr>
                <w:rFonts w:ascii="Proxima Nova" w:hAnsi="Proxima Nova"/>
                <w:szCs w:val="18"/>
              </w:rPr>
            </w:pPr>
            <w:sdt>
              <w:sdtPr>
                <w:rPr>
                  <w:rFonts w:ascii="Proxima Nova" w:hAnsi="Proxima Nova"/>
                  <w:szCs w:val="18"/>
                </w:rPr>
                <w:id w:val="-1432431204"/>
                <w14:checkbox>
                  <w14:checked w14:val="0"/>
                  <w14:checkedState w14:val="2612" w14:font="MS Gothic"/>
                  <w14:uncheckedState w14:val="2610" w14:font="MS Gothic"/>
                </w14:checkbox>
              </w:sdtPr>
              <w:sdtContent>
                <w:r w:rsidR="0075321D" w:rsidRPr="0075321D">
                  <w:rPr>
                    <w:rFonts w:ascii="Segoe UI Symbol" w:hAnsi="Segoe UI Symbol" w:cs="Segoe UI Symbol"/>
                    <w:szCs w:val="18"/>
                  </w:rPr>
                  <w:t>☐</w:t>
                </w:r>
              </w:sdtContent>
            </w:sdt>
          </w:p>
        </w:tc>
      </w:tr>
      <w:tr w:rsidR="0075321D" w:rsidRPr="0075321D" w14:paraId="4DA43B38" w14:textId="77777777" w:rsidTr="0075321D">
        <w:tc>
          <w:tcPr>
            <w:tcW w:w="6624" w:type="dxa"/>
          </w:tcPr>
          <w:p w14:paraId="4673B3BB" w14:textId="77777777" w:rsidR="0075321D" w:rsidRPr="0075321D" w:rsidRDefault="0075321D" w:rsidP="0075321D">
            <w:pPr>
              <w:spacing w:after="0"/>
              <w:rPr>
                <w:rFonts w:ascii="Proxima Nova" w:hAnsi="Proxima Nova"/>
                <w:szCs w:val="18"/>
              </w:rPr>
            </w:pPr>
            <w:r w:rsidRPr="0075321D">
              <w:rPr>
                <w:rFonts w:ascii="Proxima Nova" w:hAnsi="Proxima Nova"/>
                <w:szCs w:val="18"/>
              </w:rPr>
              <w:t>Faculty/staff engagement</w:t>
            </w:r>
          </w:p>
        </w:tc>
        <w:tc>
          <w:tcPr>
            <w:tcW w:w="1152" w:type="dxa"/>
          </w:tcPr>
          <w:p w14:paraId="5FC2E007" w14:textId="77777777" w:rsidR="0075321D" w:rsidRPr="0075321D" w:rsidRDefault="00000000" w:rsidP="0075321D">
            <w:pPr>
              <w:spacing w:after="0"/>
              <w:jc w:val="center"/>
              <w:rPr>
                <w:rFonts w:ascii="Proxima Nova" w:hAnsi="Proxima Nova"/>
                <w:szCs w:val="18"/>
              </w:rPr>
            </w:pPr>
            <w:sdt>
              <w:sdtPr>
                <w:rPr>
                  <w:rFonts w:ascii="Proxima Nova" w:hAnsi="Proxima Nova"/>
                  <w:szCs w:val="18"/>
                </w:rPr>
                <w:id w:val="-1143967336"/>
                <w14:checkbox>
                  <w14:checked w14:val="0"/>
                  <w14:checkedState w14:val="2612" w14:font="MS Gothic"/>
                  <w14:uncheckedState w14:val="2610" w14:font="MS Gothic"/>
                </w14:checkbox>
              </w:sdtPr>
              <w:sdtContent>
                <w:r w:rsidR="0075321D" w:rsidRPr="0075321D">
                  <w:rPr>
                    <w:rFonts w:ascii="Segoe UI Symbol" w:hAnsi="Segoe UI Symbol" w:cs="Segoe UI Symbol"/>
                    <w:szCs w:val="18"/>
                  </w:rPr>
                  <w:t>☐</w:t>
                </w:r>
              </w:sdtContent>
            </w:sdt>
          </w:p>
        </w:tc>
        <w:tc>
          <w:tcPr>
            <w:tcW w:w="1152" w:type="dxa"/>
          </w:tcPr>
          <w:p w14:paraId="5219573D" w14:textId="77777777" w:rsidR="0075321D" w:rsidRPr="0075321D" w:rsidRDefault="00000000" w:rsidP="0075321D">
            <w:pPr>
              <w:spacing w:after="0"/>
              <w:jc w:val="center"/>
              <w:rPr>
                <w:rFonts w:ascii="Proxima Nova" w:hAnsi="Proxima Nova"/>
                <w:szCs w:val="18"/>
              </w:rPr>
            </w:pPr>
            <w:sdt>
              <w:sdtPr>
                <w:rPr>
                  <w:rFonts w:ascii="Proxima Nova" w:hAnsi="Proxima Nova"/>
                  <w:szCs w:val="18"/>
                </w:rPr>
                <w:id w:val="1906406607"/>
                <w14:checkbox>
                  <w14:checked w14:val="0"/>
                  <w14:checkedState w14:val="2612" w14:font="MS Gothic"/>
                  <w14:uncheckedState w14:val="2610" w14:font="MS Gothic"/>
                </w14:checkbox>
              </w:sdtPr>
              <w:sdtContent>
                <w:r w:rsidR="0075321D" w:rsidRPr="0075321D">
                  <w:rPr>
                    <w:rFonts w:ascii="Segoe UI Symbol" w:hAnsi="Segoe UI Symbol" w:cs="Segoe UI Symbol"/>
                    <w:szCs w:val="18"/>
                  </w:rPr>
                  <w:t>☐</w:t>
                </w:r>
              </w:sdtContent>
            </w:sdt>
          </w:p>
        </w:tc>
        <w:tc>
          <w:tcPr>
            <w:tcW w:w="1296" w:type="dxa"/>
          </w:tcPr>
          <w:p w14:paraId="3134B22D" w14:textId="77777777" w:rsidR="0075321D" w:rsidRPr="0075321D" w:rsidRDefault="00000000" w:rsidP="0075321D">
            <w:pPr>
              <w:spacing w:after="0"/>
              <w:jc w:val="center"/>
              <w:rPr>
                <w:rFonts w:ascii="Proxima Nova" w:hAnsi="Proxima Nova"/>
                <w:szCs w:val="18"/>
              </w:rPr>
            </w:pPr>
            <w:sdt>
              <w:sdtPr>
                <w:rPr>
                  <w:rFonts w:ascii="Proxima Nova" w:hAnsi="Proxima Nova"/>
                  <w:szCs w:val="18"/>
                </w:rPr>
                <w:id w:val="164598930"/>
                <w14:checkbox>
                  <w14:checked w14:val="0"/>
                  <w14:checkedState w14:val="2612" w14:font="MS Gothic"/>
                  <w14:uncheckedState w14:val="2610" w14:font="MS Gothic"/>
                </w14:checkbox>
              </w:sdtPr>
              <w:sdtContent>
                <w:r w:rsidR="0075321D" w:rsidRPr="0075321D">
                  <w:rPr>
                    <w:rFonts w:ascii="Segoe UI Symbol" w:hAnsi="Segoe UI Symbol" w:cs="Segoe UI Symbol"/>
                    <w:szCs w:val="18"/>
                  </w:rPr>
                  <w:t>☐</w:t>
                </w:r>
              </w:sdtContent>
            </w:sdt>
          </w:p>
        </w:tc>
      </w:tr>
      <w:tr w:rsidR="0075321D" w:rsidRPr="0075321D" w14:paraId="3E822D25" w14:textId="77777777" w:rsidTr="0075321D">
        <w:tc>
          <w:tcPr>
            <w:tcW w:w="6624" w:type="dxa"/>
          </w:tcPr>
          <w:p w14:paraId="3080A923" w14:textId="77777777" w:rsidR="0075321D" w:rsidRPr="0075321D" w:rsidRDefault="0075321D" w:rsidP="0075321D">
            <w:pPr>
              <w:spacing w:after="0"/>
              <w:rPr>
                <w:rFonts w:ascii="Proxima Nova" w:hAnsi="Proxima Nova"/>
                <w:szCs w:val="18"/>
              </w:rPr>
            </w:pPr>
            <w:r w:rsidRPr="0075321D">
              <w:rPr>
                <w:rFonts w:ascii="Proxima Nova" w:hAnsi="Proxima Nova"/>
                <w:szCs w:val="18"/>
              </w:rPr>
              <w:t>Time/capacity</w:t>
            </w:r>
          </w:p>
        </w:tc>
        <w:tc>
          <w:tcPr>
            <w:tcW w:w="1152" w:type="dxa"/>
          </w:tcPr>
          <w:p w14:paraId="52E57CBB" w14:textId="77777777" w:rsidR="0075321D" w:rsidRPr="0075321D" w:rsidRDefault="00000000" w:rsidP="0075321D">
            <w:pPr>
              <w:spacing w:after="0"/>
              <w:jc w:val="center"/>
              <w:rPr>
                <w:rFonts w:ascii="Proxima Nova" w:hAnsi="Proxima Nova"/>
                <w:szCs w:val="18"/>
              </w:rPr>
            </w:pPr>
            <w:sdt>
              <w:sdtPr>
                <w:rPr>
                  <w:rFonts w:ascii="Proxima Nova" w:hAnsi="Proxima Nova"/>
                  <w:szCs w:val="18"/>
                </w:rPr>
                <w:id w:val="-641191298"/>
                <w14:checkbox>
                  <w14:checked w14:val="0"/>
                  <w14:checkedState w14:val="2612" w14:font="MS Gothic"/>
                  <w14:uncheckedState w14:val="2610" w14:font="MS Gothic"/>
                </w14:checkbox>
              </w:sdtPr>
              <w:sdtContent>
                <w:r w:rsidR="0075321D" w:rsidRPr="0075321D">
                  <w:rPr>
                    <w:rFonts w:ascii="Segoe UI Symbol" w:hAnsi="Segoe UI Symbol" w:cs="Segoe UI Symbol"/>
                    <w:szCs w:val="18"/>
                  </w:rPr>
                  <w:t>☐</w:t>
                </w:r>
              </w:sdtContent>
            </w:sdt>
          </w:p>
        </w:tc>
        <w:tc>
          <w:tcPr>
            <w:tcW w:w="1152" w:type="dxa"/>
          </w:tcPr>
          <w:p w14:paraId="48EEE3AE" w14:textId="77777777" w:rsidR="0075321D" w:rsidRPr="0075321D" w:rsidRDefault="00000000" w:rsidP="0075321D">
            <w:pPr>
              <w:spacing w:after="0"/>
              <w:jc w:val="center"/>
              <w:rPr>
                <w:rFonts w:ascii="Proxima Nova" w:hAnsi="Proxima Nova"/>
                <w:szCs w:val="18"/>
              </w:rPr>
            </w:pPr>
            <w:sdt>
              <w:sdtPr>
                <w:rPr>
                  <w:rFonts w:ascii="Proxima Nova" w:hAnsi="Proxima Nova"/>
                  <w:szCs w:val="18"/>
                </w:rPr>
                <w:id w:val="1556049437"/>
                <w14:checkbox>
                  <w14:checked w14:val="0"/>
                  <w14:checkedState w14:val="2612" w14:font="MS Gothic"/>
                  <w14:uncheckedState w14:val="2610" w14:font="MS Gothic"/>
                </w14:checkbox>
              </w:sdtPr>
              <w:sdtContent>
                <w:r w:rsidR="0075321D" w:rsidRPr="0075321D">
                  <w:rPr>
                    <w:rFonts w:ascii="Segoe UI Symbol" w:hAnsi="Segoe UI Symbol" w:cs="Segoe UI Symbol"/>
                    <w:szCs w:val="18"/>
                  </w:rPr>
                  <w:t>☐</w:t>
                </w:r>
              </w:sdtContent>
            </w:sdt>
          </w:p>
        </w:tc>
        <w:tc>
          <w:tcPr>
            <w:tcW w:w="1296" w:type="dxa"/>
          </w:tcPr>
          <w:p w14:paraId="0FA16A92" w14:textId="77777777" w:rsidR="0075321D" w:rsidRPr="0075321D" w:rsidRDefault="00000000" w:rsidP="0075321D">
            <w:pPr>
              <w:spacing w:after="0"/>
              <w:jc w:val="center"/>
              <w:rPr>
                <w:rFonts w:ascii="Proxima Nova" w:hAnsi="Proxima Nova"/>
                <w:szCs w:val="18"/>
              </w:rPr>
            </w:pPr>
            <w:sdt>
              <w:sdtPr>
                <w:rPr>
                  <w:rFonts w:ascii="Proxima Nova" w:hAnsi="Proxima Nova"/>
                  <w:szCs w:val="18"/>
                </w:rPr>
                <w:id w:val="474336389"/>
                <w14:checkbox>
                  <w14:checked w14:val="0"/>
                  <w14:checkedState w14:val="2612" w14:font="MS Gothic"/>
                  <w14:uncheckedState w14:val="2610" w14:font="MS Gothic"/>
                </w14:checkbox>
              </w:sdtPr>
              <w:sdtContent>
                <w:r w:rsidR="0075321D" w:rsidRPr="0075321D">
                  <w:rPr>
                    <w:rFonts w:ascii="Segoe UI Symbol" w:hAnsi="Segoe UI Symbol" w:cs="Segoe UI Symbol"/>
                    <w:szCs w:val="18"/>
                  </w:rPr>
                  <w:t>☐</w:t>
                </w:r>
              </w:sdtContent>
            </w:sdt>
          </w:p>
        </w:tc>
      </w:tr>
      <w:tr w:rsidR="0075321D" w:rsidRPr="0075321D" w14:paraId="7EB46AB1" w14:textId="77777777" w:rsidTr="0075321D">
        <w:tc>
          <w:tcPr>
            <w:tcW w:w="6624" w:type="dxa"/>
          </w:tcPr>
          <w:p w14:paraId="230AB092" w14:textId="77777777" w:rsidR="0075321D" w:rsidRPr="0075321D" w:rsidRDefault="0075321D" w:rsidP="0075321D">
            <w:pPr>
              <w:spacing w:after="0"/>
              <w:rPr>
                <w:rFonts w:ascii="Proxima Nova" w:hAnsi="Proxima Nova"/>
                <w:szCs w:val="18"/>
              </w:rPr>
            </w:pPr>
            <w:r w:rsidRPr="0075321D">
              <w:rPr>
                <w:rFonts w:ascii="Proxima Nova" w:hAnsi="Proxima Nova"/>
                <w:szCs w:val="18"/>
              </w:rPr>
              <w:t>Access to AI tools/technology</w:t>
            </w:r>
          </w:p>
        </w:tc>
        <w:tc>
          <w:tcPr>
            <w:tcW w:w="1152" w:type="dxa"/>
          </w:tcPr>
          <w:p w14:paraId="6C24997E" w14:textId="77777777" w:rsidR="0075321D" w:rsidRPr="0075321D" w:rsidRDefault="00000000" w:rsidP="0075321D">
            <w:pPr>
              <w:spacing w:after="0"/>
              <w:jc w:val="center"/>
              <w:rPr>
                <w:rFonts w:ascii="Proxima Nova" w:hAnsi="Proxima Nova"/>
                <w:szCs w:val="18"/>
              </w:rPr>
            </w:pPr>
            <w:sdt>
              <w:sdtPr>
                <w:rPr>
                  <w:rFonts w:ascii="Proxima Nova" w:hAnsi="Proxima Nova"/>
                  <w:szCs w:val="18"/>
                </w:rPr>
                <w:id w:val="1021978145"/>
                <w14:checkbox>
                  <w14:checked w14:val="0"/>
                  <w14:checkedState w14:val="2612" w14:font="MS Gothic"/>
                  <w14:uncheckedState w14:val="2610" w14:font="MS Gothic"/>
                </w14:checkbox>
              </w:sdtPr>
              <w:sdtContent>
                <w:r w:rsidR="0075321D" w:rsidRPr="0075321D">
                  <w:rPr>
                    <w:rFonts w:ascii="Segoe UI Symbol" w:hAnsi="Segoe UI Symbol" w:cs="Segoe UI Symbol"/>
                    <w:szCs w:val="18"/>
                  </w:rPr>
                  <w:t>☐</w:t>
                </w:r>
              </w:sdtContent>
            </w:sdt>
          </w:p>
        </w:tc>
        <w:tc>
          <w:tcPr>
            <w:tcW w:w="1152" w:type="dxa"/>
          </w:tcPr>
          <w:p w14:paraId="5321696A" w14:textId="77777777" w:rsidR="0075321D" w:rsidRPr="0075321D" w:rsidRDefault="00000000" w:rsidP="0075321D">
            <w:pPr>
              <w:spacing w:after="0"/>
              <w:jc w:val="center"/>
              <w:rPr>
                <w:rFonts w:ascii="Proxima Nova" w:hAnsi="Proxima Nova"/>
                <w:szCs w:val="18"/>
              </w:rPr>
            </w:pPr>
            <w:sdt>
              <w:sdtPr>
                <w:rPr>
                  <w:rFonts w:ascii="Proxima Nova" w:hAnsi="Proxima Nova"/>
                  <w:szCs w:val="18"/>
                </w:rPr>
                <w:id w:val="-146199672"/>
                <w14:checkbox>
                  <w14:checked w14:val="0"/>
                  <w14:checkedState w14:val="2612" w14:font="MS Gothic"/>
                  <w14:uncheckedState w14:val="2610" w14:font="MS Gothic"/>
                </w14:checkbox>
              </w:sdtPr>
              <w:sdtContent>
                <w:r w:rsidR="0075321D" w:rsidRPr="0075321D">
                  <w:rPr>
                    <w:rFonts w:ascii="Segoe UI Symbol" w:hAnsi="Segoe UI Symbol" w:cs="Segoe UI Symbol"/>
                    <w:szCs w:val="18"/>
                  </w:rPr>
                  <w:t>☐</w:t>
                </w:r>
              </w:sdtContent>
            </w:sdt>
          </w:p>
        </w:tc>
        <w:tc>
          <w:tcPr>
            <w:tcW w:w="1296" w:type="dxa"/>
          </w:tcPr>
          <w:p w14:paraId="43D5DE0D" w14:textId="77777777" w:rsidR="0075321D" w:rsidRPr="0075321D" w:rsidRDefault="00000000" w:rsidP="0075321D">
            <w:pPr>
              <w:spacing w:after="0"/>
              <w:jc w:val="center"/>
              <w:rPr>
                <w:rFonts w:ascii="Proxima Nova" w:hAnsi="Proxima Nova"/>
                <w:szCs w:val="18"/>
              </w:rPr>
            </w:pPr>
            <w:sdt>
              <w:sdtPr>
                <w:rPr>
                  <w:rFonts w:ascii="Proxima Nova" w:hAnsi="Proxima Nova"/>
                  <w:szCs w:val="18"/>
                </w:rPr>
                <w:id w:val="-1355412031"/>
                <w14:checkbox>
                  <w14:checked w14:val="0"/>
                  <w14:checkedState w14:val="2612" w14:font="MS Gothic"/>
                  <w14:uncheckedState w14:val="2610" w14:font="MS Gothic"/>
                </w14:checkbox>
              </w:sdtPr>
              <w:sdtContent>
                <w:r w:rsidR="0075321D" w:rsidRPr="0075321D">
                  <w:rPr>
                    <w:rFonts w:ascii="Segoe UI Symbol" w:hAnsi="Segoe UI Symbol" w:cs="Segoe UI Symbol"/>
                    <w:szCs w:val="18"/>
                  </w:rPr>
                  <w:t>☐</w:t>
                </w:r>
              </w:sdtContent>
            </w:sdt>
          </w:p>
        </w:tc>
      </w:tr>
      <w:tr w:rsidR="0075321D" w:rsidRPr="0075321D" w14:paraId="6DC6A357" w14:textId="77777777" w:rsidTr="0075321D">
        <w:tc>
          <w:tcPr>
            <w:tcW w:w="6624" w:type="dxa"/>
          </w:tcPr>
          <w:p w14:paraId="6A6DFD90" w14:textId="77777777" w:rsidR="0075321D" w:rsidRPr="0075321D" w:rsidRDefault="0075321D" w:rsidP="0075321D">
            <w:pPr>
              <w:spacing w:after="0"/>
              <w:rPr>
                <w:rFonts w:ascii="Proxima Nova" w:hAnsi="Proxima Nova"/>
                <w:szCs w:val="18"/>
              </w:rPr>
            </w:pPr>
            <w:r w:rsidRPr="0075321D">
              <w:rPr>
                <w:rFonts w:ascii="Proxima Nova" w:hAnsi="Proxima Nova"/>
                <w:szCs w:val="18"/>
              </w:rPr>
              <w:t>Policies/institutional requirements</w:t>
            </w:r>
          </w:p>
        </w:tc>
        <w:tc>
          <w:tcPr>
            <w:tcW w:w="1152" w:type="dxa"/>
          </w:tcPr>
          <w:p w14:paraId="18A5617F" w14:textId="77777777" w:rsidR="0075321D" w:rsidRPr="0075321D" w:rsidRDefault="00000000" w:rsidP="0075321D">
            <w:pPr>
              <w:spacing w:after="0"/>
              <w:jc w:val="center"/>
              <w:rPr>
                <w:rFonts w:ascii="Proxima Nova" w:hAnsi="Proxima Nova"/>
                <w:szCs w:val="18"/>
              </w:rPr>
            </w:pPr>
            <w:sdt>
              <w:sdtPr>
                <w:rPr>
                  <w:rFonts w:ascii="Proxima Nova" w:hAnsi="Proxima Nova"/>
                  <w:szCs w:val="18"/>
                </w:rPr>
                <w:id w:val="-1505974696"/>
                <w14:checkbox>
                  <w14:checked w14:val="0"/>
                  <w14:checkedState w14:val="2612" w14:font="MS Gothic"/>
                  <w14:uncheckedState w14:val="2610" w14:font="MS Gothic"/>
                </w14:checkbox>
              </w:sdtPr>
              <w:sdtContent>
                <w:r w:rsidR="0075321D" w:rsidRPr="0075321D">
                  <w:rPr>
                    <w:rFonts w:ascii="Segoe UI Symbol" w:hAnsi="Segoe UI Symbol" w:cs="Segoe UI Symbol"/>
                    <w:szCs w:val="18"/>
                  </w:rPr>
                  <w:t>☐</w:t>
                </w:r>
              </w:sdtContent>
            </w:sdt>
          </w:p>
        </w:tc>
        <w:tc>
          <w:tcPr>
            <w:tcW w:w="1152" w:type="dxa"/>
          </w:tcPr>
          <w:p w14:paraId="1B99F2FF" w14:textId="77777777" w:rsidR="0075321D" w:rsidRPr="0075321D" w:rsidRDefault="00000000" w:rsidP="0075321D">
            <w:pPr>
              <w:spacing w:after="0"/>
              <w:jc w:val="center"/>
              <w:rPr>
                <w:rFonts w:ascii="Proxima Nova" w:hAnsi="Proxima Nova"/>
                <w:szCs w:val="18"/>
              </w:rPr>
            </w:pPr>
            <w:sdt>
              <w:sdtPr>
                <w:rPr>
                  <w:rFonts w:ascii="Proxima Nova" w:hAnsi="Proxima Nova"/>
                  <w:szCs w:val="18"/>
                </w:rPr>
                <w:id w:val="-2100168458"/>
                <w14:checkbox>
                  <w14:checked w14:val="0"/>
                  <w14:checkedState w14:val="2612" w14:font="MS Gothic"/>
                  <w14:uncheckedState w14:val="2610" w14:font="MS Gothic"/>
                </w14:checkbox>
              </w:sdtPr>
              <w:sdtContent>
                <w:r w:rsidR="0075321D" w:rsidRPr="0075321D">
                  <w:rPr>
                    <w:rFonts w:ascii="Segoe UI Symbol" w:hAnsi="Segoe UI Symbol" w:cs="Segoe UI Symbol"/>
                    <w:szCs w:val="18"/>
                  </w:rPr>
                  <w:t>☐</w:t>
                </w:r>
              </w:sdtContent>
            </w:sdt>
          </w:p>
        </w:tc>
        <w:tc>
          <w:tcPr>
            <w:tcW w:w="1296" w:type="dxa"/>
          </w:tcPr>
          <w:p w14:paraId="7C0BDA67" w14:textId="77777777" w:rsidR="0075321D" w:rsidRPr="0075321D" w:rsidRDefault="00000000" w:rsidP="0075321D">
            <w:pPr>
              <w:spacing w:after="0"/>
              <w:jc w:val="center"/>
              <w:rPr>
                <w:rFonts w:ascii="Proxima Nova" w:hAnsi="Proxima Nova"/>
                <w:szCs w:val="18"/>
              </w:rPr>
            </w:pPr>
            <w:sdt>
              <w:sdtPr>
                <w:rPr>
                  <w:rFonts w:ascii="Proxima Nova" w:hAnsi="Proxima Nova"/>
                  <w:szCs w:val="18"/>
                </w:rPr>
                <w:id w:val="-1617057534"/>
                <w14:checkbox>
                  <w14:checked w14:val="0"/>
                  <w14:checkedState w14:val="2612" w14:font="MS Gothic"/>
                  <w14:uncheckedState w14:val="2610" w14:font="MS Gothic"/>
                </w14:checkbox>
              </w:sdtPr>
              <w:sdtContent>
                <w:r w:rsidR="0075321D" w:rsidRPr="0075321D">
                  <w:rPr>
                    <w:rFonts w:ascii="Segoe UI Symbol" w:hAnsi="Segoe UI Symbol" w:cs="Segoe UI Symbol"/>
                    <w:szCs w:val="18"/>
                  </w:rPr>
                  <w:t>☐</w:t>
                </w:r>
              </w:sdtContent>
            </w:sdt>
          </w:p>
        </w:tc>
      </w:tr>
      <w:tr w:rsidR="0075321D" w:rsidRPr="0075321D" w14:paraId="1606C509" w14:textId="77777777" w:rsidTr="0075321D">
        <w:tc>
          <w:tcPr>
            <w:tcW w:w="6624" w:type="dxa"/>
          </w:tcPr>
          <w:p w14:paraId="78753F9B" w14:textId="77777777" w:rsidR="0075321D" w:rsidRPr="0075321D" w:rsidRDefault="0075321D" w:rsidP="0075321D">
            <w:pPr>
              <w:spacing w:after="0"/>
              <w:rPr>
                <w:rFonts w:ascii="Proxima Nova" w:hAnsi="Proxima Nova"/>
                <w:szCs w:val="18"/>
              </w:rPr>
            </w:pPr>
            <w:r w:rsidRPr="0075321D">
              <w:rPr>
                <w:rFonts w:ascii="Proxima Nova" w:hAnsi="Proxima Nova"/>
                <w:szCs w:val="18"/>
              </w:rPr>
              <w:t>Knowledge/skills related to AI</w:t>
            </w:r>
          </w:p>
        </w:tc>
        <w:tc>
          <w:tcPr>
            <w:tcW w:w="1152" w:type="dxa"/>
          </w:tcPr>
          <w:p w14:paraId="45161904" w14:textId="77777777" w:rsidR="0075321D" w:rsidRPr="0075321D" w:rsidRDefault="00000000" w:rsidP="0075321D">
            <w:pPr>
              <w:spacing w:after="0"/>
              <w:jc w:val="center"/>
              <w:rPr>
                <w:rFonts w:ascii="Proxima Nova" w:hAnsi="Proxima Nova"/>
                <w:szCs w:val="18"/>
              </w:rPr>
            </w:pPr>
            <w:sdt>
              <w:sdtPr>
                <w:rPr>
                  <w:rFonts w:ascii="Proxima Nova" w:hAnsi="Proxima Nova"/>
                  <w:szCs w:val="18"/>
                </w:rPr>
                <w:id w:val="-924031401"/>
                <w14:checkbox>
                  <w14:checked w14:val="0"/>
                  <w14:checkedState w14:val="2612" w14:font="MS Gothic"/>
                  <w14:uncheckedState w14:val="2610" w14:font="MS Gothic"/>
                </w14:checkbox>
              </w:sdtPr>
              <w:sdtContent>
                <w:r w:rsidR="0075321D" w:rsidRPr="0075321D">
                  <w:rPr>
                    <w:rFonts w:ascii="Segoe UI Symbol" w:hAnsi="Segoe UI Symbol" w:cs="Segoe UI Symbol"/>
                    <w:szCs w:val="18"/>
                  </w:rPr>
                  <w:t>☐</w:t>
                </w:r>
              </w:sdtContent>
            </w:sdt>
          </w:p>
        </w:tc>
        <w:tc>
          <w:tcPr>
            <w:tcW w:w="1152" w:type="dxa"/>
          </w:tcPr>
          <w:p w14:paraId="7BCA8418" w14:textId="77777777" w:rsidR="0075321D" w:rsidRPr="0075321D" w:rsidRDefault="00000000" w:rsidP="0075321D">
            <w:pPr>
              <w:spacing w:after="0"/>
              <w:jc w:val="center"/>
              <w:rPr>
                <w:rFonts w:ascii="Proxima Nova" w:hAnsi="Proxima Nova"/>
                <w:szCs w:val="18"/>
              </w:rPr>
            </w:pPr>
            <w:sdt>
              <w:sdtPr>
                <w:rPr>
                  <w:rFonts w:ascii="Proxima Nova" w:hAnsi="Proxima Nova"/>
                  <w:szCs w:val="18"/>
                </w:rPr>
                <w:id w:val="-1188761345"/>
                <w14:checkbox>
                  <w14:checked w14:val="0"/>
                  <w14:checkedState w14:val="2612" w14:font="MS Gothic"/>
                  <w14:uncheckedState w14:val="2610" w14:font="MS Gothic"/>
                </w14:checkbox>
              </w:sdtPr>
              <w:sdtContent>
                <w:r w:rsidR="0075321D" w:rsidRPr="0075321D">
                  <w:rPr>
                    <w:rFonts w:ascii="Segoe UI Symbol" w:hAnsi="Segoe UI Symbol" w:cs="Segoe UI Symbol"/>
                    <w:szCs w:val="18"/>
                  </w:rPr>
                  <w:t>☐</w:t>
                </w:r>
              </w:sdtContent>
            </w:sdt>
          </w:p>
        </w:tc>
        <w:tc>
          <w:tcPr>
            <w:tcW w:w="1296" w:type="dxa"/>
          </w:tcPr>
          <w:p w14:paraId="233A7E2A" w14:textId="77777777" w:rsidR="0075321D" w:rsidRPr="0075321D" w:rsidRDefault="00000000" w:rsidP="0075321D">
            <w:pPr>
              <w:spacing w:after="0"/>
              <w:jc w:val="center"/>
              <w:rPr>
                <w:rFonts w:ascii="Proxima Nova" w:hAnsi="Proxima Nova"/>
                <w:szCs w:val="18"/>
              </w:rPr>
            </w:pPr>
            <w:sdt>
              <w:sdtPr>
                <w:rPr>
                  <w:rFonts w:ascii="Proxima Nova" w:hAnsi="Proxima Nova"/>
                  <w:szCs w:val="18"/>
                </w:rPr>
                <w:id w:val="1083193829"/>
                <w14:checkbox>
                  <w14:checked w14:val="0"/>
                  <w14:checkedState w14:val="2612" w14:font="MS Gothic"/>
                  <w14:uncheckedState w14:val="2610" w14:font="MS Gothic"/>
                </w14:checkbox>
              </w:sdtPr>
              <w:sdtContent>
                <w:r w:rsidR="0075321D" w:rsidRPr="0075321D">
                  <w:rPr>
                    <w:rFonts w:ascii="Segoe UI Symbol" w:hAnsi="Segoe UI Symbol" w:cs="Segoe UI Symbol"/>
                    <w:szCs w:val="18"/>
                  </w:rPr>
                  <w:t>☐</w:t>
                </w:r>
              </w:sdtContent>
            </w:sdt>
          </w:p>
        </w:tc>
      </w:tr>
      <w:tr w:rsidR="0075321D" w:rsidRPr="0075321D" w14:paraId="4F7B32AD" w14:textId="77777777" w:rsidTr="0075321D">
        <w:tc>
          <w:tcPr>
            <w:tcW w:w="6624" w:type="dxa"/>
          </w:tcPr>
          <w:p w14:paraId="1CC1B174" w14:textId="77777777" w:rsidR="0075321D" w:rsidRPr="0075321D" w:rsidRDefault="0075321D" w:rsidP="0075321D">
            <w:pPr>
              <w:spacing w:after="0"/>
              <w:rPr>
                <w:rFonts w:ascii="Proxima Nova" w:hAnsi="Proxima Nova"/>
                <w:szCs w:val="18"/>
              </w:rPr>
            </w:pPr>
            <w:r w:rsidRPr="0075321D">
              <w:rPr>
                <w:rFonts w:ascii="Proxima Nova" w:hAnsi="Proxima Nova"/>
                <w:szCs w:val="18"/>
              </w:rPr>
              <w:t>Collaboration/partnerships</w:t>
            </w:r>
          </w:p>
        </w:tc>
        <w:tc>
          <w:tcPr>
            <w:tcW w:w="1152" w:type="dxa"/>
          </w:tcPr>
          <w:p w14:paraId="4DC1780C" w14:textId="77777777" w:rsidR="0075321D" w:rsidRPr="0075321D" w:rsidRDefault="00000000" w:rsidP="0075321D">
            <w:pPr>
              <w:spacing w:after="0"/>
              <w:jc w:val="center"/>
              <w:rPr>
                <w:rFonts w:ascii="Proxima Nova" w:hAnsi="Proxima Nova"/>
                <w:szCs w:val="18"/>
              </w:rPr>
            </w:pPr>
            <w:sdt>
              <w:sdtPr>
                <w:rPr>
                  <w:rFonts w:ascii="Proxima Nova" w:hAnsi="Proxima Nova"/>
                  <w:szCs w:val="18"/>
                </w:rPr>
                <w:id w:val="-1759507601"/>
                <w14:checkbox>
                  <w14:checked w14:val="0"/>
                  <w14:checkedState w14:val="2612" w14:font="MS Gothic"/>
                  <w14:uncheckedState w14:val="2610" w14:font="MS Gothic"/>
                </w14:checkbox>
              </w:sdtPr>
              <w:sdtContent>
                <w:r w:rsidR="0075321D" w:rsidRPr="0075321D">
                  <w:rPr>
                    <w:rFonts w:ascii="Segoe UI Symbol" w:hAnsi="Segoe UI Symbol" w:cs="Segoe UI Symbol"/>
                    <w:szCs w:val="18"/>
                  </w:rPr>
                  <w:t>☐</w:t>
                </w:r>
              </w:sdtContent>
            </w:sdt>
          </w:p>
        </w:tc>
        <w:tc>
          <w:tcPr>
            <w:tcW w:w="1152" w:type="dxa"/>
          </w:tcPr>
          <w:p w14:paraId="12273416" w14:textId="77777777" w:rsidR="0075321D" w:rsidRPr="0075321D" w:rsidRDefault="00000000" w:rsidP="0075321D">
            <w:pPr>
              <w:spacing w:after="0"/>
              <w:jc w:val="center"/>
              <w:rPr>
                <w:rFonts w:ascii="Proxima Nova" w:hAnsi="Proxima Nova"/>
                <w:szCs w:val="18"/>
              </w:rPr>
            </w:pPr>
            <w:sdt>
              <w:sdtPr>
                <w:rPr>
                  <w:rFonts w:ascii="Proxima Nova" w:hAnsi="Proxima Nova"/>
                  <w:szCs w:val="18"/>
                </w:rPr>
                <w:id w:val="-1439138883"/>
                <w14:checkbox>
                  <w14:checked w14:val="0"/>
                  <w14:checkedState w14:val="2612" w14:font="MS Gothic"/>
                  <w14:uncheckedState w14:val="2610" w14:font="MS Gothic"/>
                </w14:checkbox>
              </w:sdtPr>
              <w:sdtContent>
                <w:r w:rsidR="0075321D" w:rsidRPr="0075321D">
                  <w:rPr>
                    <w:rFonts w:ascii="Segoe UI Symbol" w:hAnsi="Segoe UI Symbol" w:cs="Segoe UI Symbol"/>
                    <w:szCs w:val="18"/>
                  </w:rPr>
                  <w:t>☐</w:t>
                </w:r>
              </w:sdtContent>
            </w:sdt>
          </w:p>
        </w:tc>
        <w:tc>
          <w:tcPr>
            <w:tcW w:w="1296" w:type="dxa"/>
          </w:tcPr>
          <w:p w14:paraId="0505EDA9" w14:textId="77777777" w:rsidR="0075321D" w:rsidRPr="0075321D" w:rsidRDefault="00000000" w:rsidP="0075321D">
            <w:pPr>
              <w:spacing w:after="0"/>
              <w:jc w:val="center"/>
              <w:rPr>
                <w:rFonts w:ascii="Proxima Nova" w:hAnsi="Proxima Nova"/>
                <w:szCs w:val="18"/>
              </w:rPr>
            </w:pPr>
            <w:sdt>
              <w:sdtPr>
                <w:rPr>
                  <w:rFonts w:ascii="Proxima Nova" w:hAnsi="Proxima Nova"/>
                  <w:szCs w:val="18"/>
                </w:rPr>
                <w:id w:val="1386690721"/>
                <w14:checkbox>
                  <w14:checked w14:val="0"/>
                  <w14:checkedState w14:val="2612" w14:font="MS Gothic"/>
                  <w14:uncheckedState w14:val="2610" w14:font="MS Gothic"/>
                </w14:checkbox>
              </w:sdtPr>
              <w:sdtContent>
                <w:r w:rsidR="0075321D" w:rsidRPr="0075321D">
                  <w:rPr>
                    <w:rFonts w:ascii="Segoe UI Symbol" w:hAnsi="Segoe UI Symbol" w:cs="Segoe UI Symbol"/>
                    <w:szCs w:val="18"/>
                  </w:rPr>
                  <w:t>☐</w:t>
                </w:r>
              </w:sdtContent>
            </w:sdt>
          </w:p>
        </w:tc>
      </w:tr>
      <w:tr w:rsidR="0075321D" w:rsidRPr="0075321D" w14:paraId="2295D3F9" w14:textId="77777777" w:rsidTr="0075321D">
        <w:tc>
          <w:tcPr>
            <w:tcW w:w="6624" w:type="dxa"/>
          </w:tcPr>
          <w:p w14:paraId="4453FF39" w14:textId="77777777" w:rsidR="0075321D" w:rsidRPr="0075321D" w:rsidRDefault="0075321D" w:rsidP="0075321D">
            <w:pPr>
              <w:spacing w:after="0"/>
              <w:rPr>
                <w:rFonts w:ascii="Proxima Nova" w:hAnsi="Proxima Nova"/>
                <w:szCs w:val="18"/>
              </w:rPr>
            </w:pPr>
            <w:r w:rsidRPr="0075321D">
              <w:rPr>
                <w:rFonts w:ascii="Proxima Nova" w:hAnsi="Proxima Nova"/>
                <w:szCs w:val="18"/>
              </w:rPr>
              <w:t>Resources/materials</w:t>
            </w:r>
          </w:p>
        </w:tc>
        <w:tc>
          <w:tcPr>
            <w:tcW w:w="1152" w:type="dxa"/>
          </w:tcPr>
          <w:p w14:paraId="65730885" w14:textId="77777777" w:rsidR="0075321D" w:rsidRPr="0075321D" w:rsidRDefault="00000000" w:rsidP="0075321D">
            <w:pPr>
              <w:spacing w:after="0"/>
              <w:jc w:val="center"/>
              <w:rPr>
                <w:rFonts w:ascii="Proxima Nova" w:hAnsi="Proxima Nova"/>
                <w:szCs w:val="18"/>
              </w:rPr>
            </w:pPr>
            <w:sdt>
              <w:sdtPr>
                <w:rPr>
                  <w:rFonts w:ascii="Proxima Nova" w:hAnsi="Proxima Nova"/>
                  <w:szCs w:val="18"/>
                </w:rPr>
                <w:id w:val="1888302775"/>
                <w14:checkbox>
                  <w14:checked w14:val="0"/>
                  <w14:checkedState w14:val="2612" w14:font="MS Gothic"/>
                  <w14:uncheckedState w14:val="2610" w14:font="MS Gothic"/>
                </w14:checkbox>
              </w:sdtPr>
              <w:sdtContent>
                <w:r w:rsidR="0075321D" w:rsidRPr="0075321D">
                  <w:rPr>
                    <w:rFonts w:ascii="Segoe UI Symbol" w:hAnsi="Segoe UI Symbol" w:cs="Segoe UI Symbol"/>
                    <w:szCs w:val="18"/>
                  </w:rPr>
                  <w:t>☐</w:t>
                </w:r>
              </w:sdtContent>
            </w:sdt>
          </w:p>
        </w:tc>
        <w:tc>
          <w:tcPr>
            <w:tcW w:w="1152" w:type="dxa"/>
          </w:tcPr>
          <w:p w14:paraId="091AB5DB" w14:textId="77777777" w:rsidR="0075321D" w:rsidRPr="0075321D" w:rsidRDefault="00000000" w:rsidP="0075321D">
            <w:pPr>
              <w:spacing w:after="0"/>
              <w:jc w:val="center"/>
              <w:rPr>
                <w:rFonts w:ascii="Proxima Nova" w:hAnsi="Proxima Nova"/>
                <w:szCs w:val="18"/>
              </w:rPr>
            </w:pPr>
            <w:sdt>
              <w:sdtPr>
                <w:rPr>
                  <w:rFonts w:ascii="Proxima Nova" w:hAnsi="Proxima Nova"/>
                  <w:szCs w:val="18"/>
                </w:rPr>
                <w:id w:val="-1451851461"/>
                <w14:checkbox>
                  <w14:checked w14:val="0"/>
                  <w14:checkedState w14:val="2612" w14:font="MS Gothic"/>
                  <w14:uncheckedState w14:val="2610" w14:font="MS Gothic"/>
                </w14:checkbox>
              </w:sdtPr>
              <w:sdtContent>
                <w:r w:rsidR="0075321D" w:rsidRPr="0075321D">
                  <w:rPr>
                    <w:rFonts w:ascii="Segoe UI Symbol" w:hAnsi="Segoe UI Symbol" w:cs="Segoe UI Symbol"/>
                    <w:szCs w:val="18"/>
                  </w:rPr>
                  <w:t>☐</w:t>
                </w:r>
              </w:sdtContent>
            </w:sdt>
          </w:p>
        </w:tc>
        <w:tc>
          <w:tcPr>
            <w:tcW w:w="1296" w:type="dxa"/>
          </w:tcPr>
          <w:p w14:paraId="60BF365F" w14:textId="77777777" w:rsidR="0075321D" w:rsidRPr="0075321D" w:rsidRDefault="00000000" w:rsidP="0075321D">
            <w:pPr>
              <w:spacing w:after="0"/>
              <w:jc w:val="center"/>
              <w:rPr>
                <w:rFonts w:ascii="Proxima Nova" w:hAnsi="Proxima Nova"/>
                <w:szCs w:val="18"/>
              </w:rPr>
            </w:pPr>
            <w:sdt>
              <w:sdtPr>
                <w:rPr>
                  <w:rFonts w:ascii="Proxima Nova" w:hAnsi="Proxima Nova"/>
                  <w:szCs w:val="18"/>
                </w:rPr>
                <w:id w:val="9808485"/>
                <w14:checkbox>
                  <w14:checked w14:val="0"/>
                  <w14:checkedState w14:val="2612" w14:font="MS Gothic"/>
                  <w14:uncheckedState w14:val="2610" w14:font="MS Gothic"/>
                </w14:checkbox>
              </w:sdtPr>
              <w:sdtContent>
                <w:r w:rsidR="0075321D" w:rsidRPr="0075321D">
                  <w:rPr>
                    <w:rFonts w:ascii="Segoe UI Symbol" w:hAnsi="Segoe UI Symbol" w:cs="Segoe UI Symbol"/>
                    <w:szCs w:val="18"/>
                  </w:rPr>
                  <w:t>☐</w:t>
                </w:r>
              </w:sdtContent>
            </w:sdt>
          </w:p>
        </w:tc>
      </w:tr>
      <w:tr w:rsidR="0075321D" w:rsidRPr="0075321D" w14:paraId="1A244ED8" w14:textId="77777777" w:rsidTr="0075321D">
        <w:tc>
          <w:tcPr>
            <w:tcW w:w="6624" w:type="dxa"/>
          </w:tcPr>
          <w:p w14:paraId="68F1BBCA" w14:textId="77777777" w:rsidR="0075321D" w:rsidRPr="0075321D" w:rsidRDefault="0075321D" w:rsidP="0075321D">
            <w:pPr>
              <w:spacing w:after="0"/>
              <w:rPr>
                <w:rFonts w:ascii="Proxima Nova" w:hAnsi="Proxima Nova"/>
                <w:szCs w:val="18"/>
              </w:rPr>
            </w:pPr>
            <w:r w:rsidRPr="0075321D">
              <w:rPr>
                <w:rFonts w:ascii="Proxima Nova" w:hAnsi="Proxima Nova"/>
                <w:szCs w:val="18"/>
              </w:rPr>
              <w:t>Data/evidence availability</w:t>
            </w:r>
          </w:p>
        </w:tc>
        <w:tc>
          <w:tcPr>
            <w:tcW w:w="1152" w:type="dxa"/>
          </w:tcPr>
          <w:p w14:paraId="1CBE2766" w14:textId="77777777" w:rsidR="0075321D" w:rsidRPr="0075321D" w:rsidRDefault="00000000" w:rsidP="0075321D">
            <w:pPr>
              <w:spacing w:after="0"/>
              <w:jc w:val="center"/>
              <w:rPr>
                <w:rFonts w:ascii="Proxima Nova" w:hAnsi="Proxima Nova"/>
                <w:szCs w:val="18"/>
              </w:rPr>
            </w:pPr>
            <w:sdt>
              <w:sdtPr>
                <w:rPr>
                  <w:rFonts w:ascii="Proxima Nova" w:hAnsi="Proxima Nova"/>
                  <w:szCs w:val="18"/>
                </w:rPr>
                <w:id w:val="-2140869835"/>
                <w14:checkbox>
                  <w14:checked w14:val="0"/>
                  <w14:checkedState w14:val="2612" w14:font="MS Gothic"/>
                  <w14:uncheckedState w14:val="2610" w14:font="MS Gothic"/>
                </w14:checkbox>
              </w:sdtPr>
              <w:sdtContent>
                <w:r w:rsidR="0075321D" w:rsidRPr="0075321D">
                  <w:rPr>
                    <w:rFonts w:ascii="Segoe UI Symbol" w:hAnsi="Segoe UI Symbol" w:cs="Segoe UI Symbol"/>
                    <w:szCs w:val="18"/>
                  </w:rPr>
                  <w:t>☐</w:t>
                </w:r>
              </w:sdtContent>
            </w:sdt>
          </w:p>
        </w:tc>
        <w:tc>
          <w:tcPr>
            <w:tcW w:w="1152" w:type="dxa"/>
          </w:tcPr>
          <w:p w14:paraId="45FA46ED" w14:textId="77777777" w:rsidR="0075321D" w:rsidRPr="0075321D" w:rsidRDefault="00000000" w:rsidP="0075321D">
            <w:pPr>
              <w:spacing w:after="0"/>
              <w:jc w:val="center"/>
              <w:rPr>
                <w:rFonts w:ascii="Proxima Nova" w:hAnsi="Proxima Nova"/>
                <w:szCs w:val="18"/>
              </w:rPr>
            </w:pPr>
            <w:sdt>
              <w:sdtPr>
                <w:rPr>
                  <w:rFonts w:ascii="Proxima Nova" w:hAnsi="Proxima Nova"/>
                  <w:szCs w:val="18"/>
                </w:rPr>
                <w:id w:val="1836263644"/>
                <w14:checkbox>
                  <w14:checked w14:val="0"/>
                  <w14:checkedState w14:val="2612" w14:font="MS Gothic"/>
                  <w14:uncheckedState w14:val="2610" w14:font="MS Gothic"/>
                </w14:checkbox>
              </w:sdtPr>
              <w:sdtContent>
                <w:r w:rsidR="0075321D" w:rsidRPr="0075321D">
                  <w:rPr>
                    <w:rFonts w:ascii="Segoe UI Symbol" w:hAnsi="Segoe UI Symbol" w:cs="Segoe UI Symbol"/>
                    <w:szCs w:val="18"/>
                  </w:rPr>
                  <w:t>☐</w:t>
                </w:r>
              </w:sdtContent>
            </w:sdt>
          </w:p>
        </w:tc>
        <w:tc>
          <w:tcPr>
            <w:tcW w:w="1296" w:type="dxa"/>
          </w:tcPr>
          <w:p w14:paraId="2D7FC7E4" w14:textId="77777777" w:rsidR="0075321D" w:rsidRPr="0075321D" w:rsidRDefault="00000000" w:rsidP="0075321D">
            <w:pPr>
              <w:spacing w:after="0"/>
              <w:jc w:val="center"/>
              <w:rPr>
                <w:rFonts w:ascii="Proxima Nova" w:hAnsi="Proxima Nova"/>
                <w:szCs w:val="18"/>
              </w:rPr>
            </w:pPr>
            <w:sdt>
              <w:sdtPr>
                <w:rPr>
                  <w:rFonts w:ascii="Proxima Nova" w:hAnsi="Proxima Nova"/>
                  <w:szCs w:val="18"/>
                </w:rPr>
                <w:id w:val="-646895708"/>
                <w14:checkbox>
                  <w14:checked w14:val="0"/>
                  <w14:checkedState w14:val="2612" w14:font="MS Gothic"/>
                  <w14:uncheckedState w14:val="2610" w14:font="MS Gothic"/>
                </w14:checkbox>
              </w:sdtPr>
              <w:sdtContent>
                <w:r w:rsidR="0075321D" w:rsidRPr="0075321D">
                  <w:rPr>
                    <w:rFonts w:ascii="Segoe UI Symbol" w:hAnsi="Segoe UI Symbol" w:cs="Segoe UI Symbol"/>
                    <w:szCs w:val="18"/>
                  </w:rPr>
                  <w:t>☐</w:t>
                </w:r>
              </w:sdtContent>
            </w:sdt>
          </w:p>
        </w:tc>
      </w:tr>
      <w:tr w:rsidR="0075321D" w:rsidRPr="0075321D" w14:paraId="0CDD3E21" w14:textId="77777777" w:rsidTr="0075321D">
        <w:tc>
          <w:tcPr>
            <w:tcW w:w="6624" w:type="dxa"/>
          </w:tcPr>
          <w:p w14:paraId="7DF18636" w14:textId="77777777" w:rsidR="0075321D" w:rsidRPr="0075321D" w:rsidRDefault="0075321D" w:rsidP="0075321D">
            <w:pPr>
              <w:spacing w:after="0"/>
              <w:rPr>
                <w:rFonts w:ascii="Proxima Nova" w:hAnsi="Proxima Nova"/>
                <w:szCs w:val="18"/>
              </w:rPr>
            </w:pPr>
            <w:r w:rsidRPr="0075321D">
              <w:rPr>
                <w:rFonts w:ascii="Proxima Nova" w:hAnsi="Proxima Nova"/>
                <w:szCs w:val="18"/>
              </w:rPr>
              <w:t>Competing priorities</w:t>
            </w:r>
          </w:p>
        </w:tc>
        <w:tc>
          <w:tcPr>
            <w:tcW w:w="1152" w:type="dxa"/>
          </w:tcPr>
          <w:p w14:paraId="35B6CC57" w14:textId="21FAAAC0" w:rsidR="0075321D" w:rsidRPr="0075321D" w:rsidRDefault="00000000" w:rsidP="0075321D">
            <w:pPr>
              <w:spacing w:after="0"/>
              <w:jc w:val="center"/>
              <w:rPr>
                <w:rFonts w:ascii="Proxima Nova" w:hAnsi="Proxima Nova"/>
                <w:szCs w:val="18"/>
              </w:rPr>
            </w:pPr>
            <w:sdt>
              <w:sdtPr>
                <w:rPr>
                  <w:rFonts w:ascii="Proxima Nova" w:hAnsi="Proxima Nova"/>
                  <w:szCs w:val="18"/>
                </w:rPr>
                <w:id w:val="-1102954335"/>
                <w14:checkbox>
                  <w14:checked w14:val="0"/>
                  <w14:checkedState w14:val="2612" w14:font="MS Gothic"/>
                  <w14:uncheckedState w14:val="2610" w14:font="MS Gothic"/>
                </w14:checkbox>
              </w:sdtPr>
              <w:sdtContent>
                <w:r w:rsidR="0075321D">
                  <w:rPr>
                    <w:rFonts w:ascii="MS Gothic" w:eastAsia="MS Gothic" w:hAnsi="MS Gothic" w:hint="eastAsia"/>
                    <w:szCs w:val="18"/>
                  </w:rPr>
                  <w:t>☐</w:t>
                </w:r>
              </w:sdtContent>
            </w:sdt>
          </w:p>
        </w:tc>
        <w:tc>
          <w:tcPr>
            <w:tcW w:w="1152" w:type="dxa"/>
          </w:tcPr>
          <w:p w14:paraId="40C9EFDC" w14:textId="77777777" w:rsidR="0075321D" w:rsidRPr="0075321D" w:rsidRDefault="00000000" w:rsidP="0075321D">
            <w:pPr>
              <w:spacing w:after="0"/>
              <w:jc w:val="center"/>
              <w:rPr>
                <w:rFonts w:ascii="Proxima Nova" w:hAnsi="Proxima Nova"/>
                <w:szCs w:val="18"/>
              </w:rPr>
            </w:pPr>
            <w:sdt>
              <w:sdtPr>
                <w:rPr>
                  <w:rFonts w:ascii="Proxima Nova" w:hAnsi="Proxima Nova"/>
                  <w:szCs w:val="18"/>
                </w:rPr>
                <w:id w:val="1895696803"/>
                <w14:checkbox>
                  <w14:checked w14:val="0"/>
                  <w14:checkedState w14:val="2612" w14:font="MS Gothic"/>
                  <w14:uncheckedState w14:val="2610" w14:font="MS Gothic"/>
                </w14:checkbox>
              </w:sdtPr>
              <w:sdtContent>
                <w:r w:rsidR="0075321D" w:rsidRPr="0075321D">
                  <w:rPr>
                    <w:rFonts w:ascii="Segoe UI Symbol" w:hAnsi="Segoe UI Symbol" w:cs="Segoe UI Symbol"/>
                    <w:szCs w:val="18"/>
                  </w:rPr>
                  <w:t>☐</w:t>
                </w:r>
              </w:sdtContent>
            </w:sdt>
          </w:p>
        </w:tc>
        <w:tc>
          <w:tcPr>
            <w:tcW w:w="1296" w:type="dxa"/>
          </w:tcPr>
          <w:p w14:paraId="1E03A4FD" w14:textId="77777777" w:rsidR="0075321D" w:rsidRPr="0075321D" w:rsidRDefault="00000000" w:rsidP="0075321D">
            <w:pPr>
              <w:spacing w:after="0"/>
              <w:jc w:val="center"/>
              <w:rPr>
                <w:rFonts w:ascii="Proxima Nova" w:hAnsi="Proxima Nova"/>
                <w:szCs w:val="18"/>
              </w:rPr>
            </w:pPr>
            <w:sdt>
              <w:sdtPr>
                <w:rPr>
                  <w:rFonts w:ascii="Proxima Nova" w:hAnsi="Proxima Nova"/>
                  <w:szCs w:val="18"/>
                </w:rPr>
                <w:id w:val="455600867"/>
                <w14:checkbox>
                  <w14:checked w14:val="0"/>
                  <w14:checkedState w14:val="2612" w14:font="MS Gothic"/>
                  <w14:uncheckedState w14:val="2610" w14:font="MS Gothic"/>
                </w14:checkbox>
              </w:sdtPr>
              <w:sdtContent>
                <w:r w:rsidR="0075321D" w:rsidRPr="0075321D">
                  <w:rPr>
                    <w:rFonts w:ascii="Segoe UI Symbol" w:hAnsi="Segoe UI Symbol" w:cs="Segoe UI Symbol"/>
                    <w:szCs w:val="18"/>
                  </w:rPr>
                  <w:t>☐</w:t>
                </w:r>
              </w:sdtContent>
            </w:sdt>
          </w:p>
        </w:tc>
      </w:tr>
      <w:tr w:rsidR="0075321D" w:rsidRPr="0075321D" w14:paraId="7E99CFD3" w14:textId="77777777" w:rsidTr="0075321D">
        <w:tc>
          <w:tcPr>
            <w:tcW w:w="6624" w:type="dxa"/>
          </w:tcPr>
          <w:p w14:paraId="1EA51EA7" w14:textId="77777777" w:rsidR="0075321D" w:rsidRPr="0075321D" w:rsidRDefault="0075321D" w:rsidP="0075321D">
            <w:pPr>
              <w:spacing w:after="0"/>
              <w:rPr>
                <w:rFonts w:ascii="Proxima Nova" w:hAnsi="Proxima Nova"/>
                <w:szCs w:val="18"/>
              </w:rPr>
            </w:pPr>
            <w:r w:rsidRPr="0075321D">
              <w:rPr>
                <w:rFonts w:ascii="Proxima Nova" w:hAnsi="Proxima Nova"/>
                <w:szCs w:val="18"/>
              </w:rPr>
              <w:lastRenderedPageBreak/>
              <w:t xml:space="preserve">Other: </w:t>
            </w:r>
          </w:p>
        </w:tc>
        <w:tc>
          <w:tcPr>
            <w:tcW w:w="1152" w:type="dxa"/>
          </w:tcPr>
          <w:p w14:paraId="3F95BC04" w14:textId="7DDFCF05" w:rsidR="0075321D" w:rsidRPr="0075321D" w:rsidRDefault="00000000" w:rsidP="0075321D">
            <w:pPr>
              <w:spacing w:after="0"/>
              <w:jc w:val="center"/>
              <w:rPr>
                <w:rFonts w:ascii="Proxima Nova" w:hAnsi="Proxima Nova"/>
                <w:szCs w:val="18"/>
              </w:rPr>
            </w:pPr>
            <w:sdt>
              <w:sdtPr>
                <w:rPr>
                  <w:rFonts w:ascii="Proxima Nova" w:hAnsi="Proxima Nova"/>
                  <w:szCs w:val="18"/>
                </w:rPr>
                <w:id w:val="-669093655"/>
                <w14:checkbox>
                  <w14:checked w14:val="0"/>
                  <w14:checkedState w14:val="2612" w14:font="MS Gothic"/>
                  <w14:uncheckedState w14:val="2610" w14:font="MS Gothic"/>
                </w14:checkbox>
              </w:sdtPr>
              <w:sdtContent>
                <w:r w:rsidR="0075321D">
                  <w:rPr>
                    <w:rFonts w:ascii="MS Gothic" w:eastAsia="MS Gothic" w:hAnsi="MS Gothic" w:hint="eastAsia"/>
                    <w:szCs w:val="18"/>
                  </w:rPr>
                  <w:t>☐</w:t>
                </w:r>
              </w:sdtContent>
            </w:sdt>
          </w:p>
        </w:tc>
        <w:tc>
          <w:tcPr>
            <w:tcW w:w="1152" w:type="dxa"/>
          </w:tcPr>
          <w:p w14:paraId="6E5ACD00" w14:textId="56BD8EF9" w:rsidR="0075321D" w:rsidRPr="0075321D" w:rsidRDefault="00000000" w:rsidP="0075321D">
            <w:pPr>
              <w:spacing w:after="0"/>
              <w:jc w:val="center"/>
              <w:rPr>
                <w:rFonts w:ascii="Proxima Nova" w:hAnsi="Proxima Nova"/>
                <w:szCs w:val="18"/>
              </w:rPr>
            </w:pPr>
            <w:sdt>
              <w:sdtPr>
                <w:rPr>
                  <w:rFonts w:ascii="Proxima Nova" w:hAnsi="Proxima Nova"/>
                  <w:szCs w:val="18"/>
                </w:rPr>
                <w:id w:val="-99886143"/>
                <w14:checkbox>
                  <w14:checked w14:val="0"/>
                  <w14:checkedState w14:val="2612" w14:font="MS Gothic"/>
                  <w14:uncheckedState w14:val="2610" w14:font="MS Gothic"/>
                </w14:checkbox>
              </w:sdtPr>
              <w:sdtContent>
                <w:r w:rsidR="0075321D" w:rsidRPr="0075321D">
                  <w:rPr>
                    <w:rFonts w:ascii="Segoe UI Symbol" w:hAnsi="Segoe UI Symbol" w:cs="Segoe UI Symbol"/>
                    <w:szCs w:val="18"/>
                  </w:rPr>
                  <w:t>☐</w:t>
                </w:r>
              </w:sdtContent>
            </w:sdt>
          </w:p>
        </w:tc>
        <w:tc>
          <w:tcPr>
            <w:tcW w:w="1296" w:type="dxa"/>
          </w:tcPr>
          <w:p w14:paraId="2C777A41" w14:textId="4122B894" w:rsidR="0075321D" w:rsidRPr="0075321D" w:rsidRDefault="00000000" w:rsidP="0075321D">
            <w:pPr>
              <w:spacing w:after="0"/>
              <w:jc w:val="center"/>
              <w:rPr>
                <w:rFonts w:ascii="Proxima Nova" w:hAnsi="Proxima Nova"/>
                <w:szCs w:val="18"/>
              </w:rPr>
            </w:pPr>
            <w:sdt>
              <w:sdtPr>
                <w:rPr>
                  <w:rFonts w:ascii="Proxima Nova" w:hAnsi="Proxima Nova"/>
                  <w:szCs w:val="18"/>
                </w:rPr>
                <w:id w:val="-711034260"/>
                <w14:checkbox>
                  <w14:checked w14:val="0"/>
                  <w14:checkedState w14:val="2612" w14:font="MS Gothic"/>
                  <w14:uncheckedState w14:val="2610" w14:font="MS Gothic"/>
                </w14:checkbox>
              </w:sdtPr>
              <w:sdtContent>
                <w:r w:rsidR="0075321D" w:rsidRPr="0075321D">
                  <w:rPr>
                    <w:rFonts w:ascii="Segoe UI Symbol" w:hAnsi="Segoe UI Symbol" w:cs="Segoe UI Symbol"/>
                    <w:szCs w:val="18"/>
                  </w:rPr>
                  <w:t>☐</w:t>
                </w:r>
              </w:sdtContent>
            </w:sdt>
          </w:p>
        </w:tc>
      </w:tr>
      <w:tr w:rsidR="0075321D" w:rsidRPr="0075321D" w14:paraId="715C81F0" w14:textId="77777777" w:rsidTr="0075321D">
        <w:tc>
          <w:tcPr>
            <w:tcW w:w="10224" w:type="dxa"/>
            <w:gridSpan w:val="4"/>
            <w:shd w:val="clear" w:color="auto" w:fill="4F00A3"/>
            <w:vAlign w:val="center"/>
          </w:tcPr>
          <w:p w14:paraId="234035CB" w14:textId="22D262FA" w:rsidR="0075321D" w:rsidRPr="0075321D" w:rsidRDefault="0075321D" w:rsidP="0075321D">
            <w:pPr>
              <w:spacing w:after="0"/>
              <w:jc w:val="center"/>
              <w:rPr>
                <w:rFonts w:ascii="Proxima Nova" w:hAnsi="Proxima Nova"/>
                <w:szCs w:val="18"/>
              </w:rPr>
            </w:pPr>
            <w:r w:rsidRPr="0075321D">
              <w:rPr>
                <w:rFonts w:ascii="Proxima Nova" w:hAnsi="Proxima Nova"/>
                <w:b/>
                <w:color w:val="FFFFFF"/>
                <w:szCs w:val="18"/>
              </w:rPr>
              <w:t>Most important learning: What worked, what did not work as expected, what surprised you, or what assumption changed?</w:t>
            </w:r>
          </w:p>
        </w:tc>
      </w:tr>
      <w:tr w:rsidR="0075321D" w:rsidRPr="0075321D" w14:paraId="2A2173EC" w14:textId="77777777" w:rsidTr="0075321D">
        <w:tc>
          <w:tcPr>
            <w:tcW w:w="10224" w:type="dxa"/>
            <w:gridSpan w:val="4"/>
            <w:vAlign w:val="center"/>
          </w:tcPr>
          <w:p w14:paraId="5C970ED9" w14:textId="77777777" w:rsidR="0075321D" w:rsidRPr="0075321D" w:rsidRDefault="0075321D" w:rsidP="0075321D">
            <w:pPr>
              <w:spacing w:after="0"/>
              <w:jc w:val="center"/>
              <w:rPr>
                <w:rFonts w:ascii="Proxima Nova" w:hAnsi="Proxima Nova"/>
                <w:b/>
                <w:color w:val="FFFFFF"/>
                <w:szCs w:val="18"/>
              </w:rPr>
            </w:pPr>
          </w:p>
        </w:tc>
      </w:tr>
      <w:tr w:rsidR="0075321D" w:rsidRPr="0075321D" w14:paraId="4E1CD29F" w14:textId="77777777" w:rsidTr="0075321D">
        <w:tc>
          <w:tcPr>
            <w:tcW w:w="10224" w:type="dxa"/>
            <w:gridSpan w:val="4"/>
            <w:vAlign w:val="center"/>
          </w:tcPr>
          <w:p w14:paraId="19BBA104" w14:textId="77777777" w:rsidR="0075321D" w:rsidRPr="0075321D" w:rsidRDefault="0075321D" w:rsidP="0075321D">
            <w:pPr>
              <w:spacing w:after="0"/>
              <w:jc w:val="center"/>
              <w:rPr>
                <w:rFonts w:ascii="Proxima Nova" w:hAnsi="Proxima Nova"/>
                <w:b/>
                <w:color w:val="FFFFFF"/>
                <w:szCs w:val="18"/>
              </w:rPr>
            </w:pPr>
          </w:p>
        </w:tc>
      </w:tr>
    </w:tbl>
    <w:p w14:paraId="528A01BD" w14:textId="77777777" w:rsidR="0075321D" w:rsidRPr="0075321D" w:rsidRDefault="0075321D" w:rsidP="0075321D">
      <w:pPr>
        <w:pStyle w:val="Heading1"/>
        <w:spacing w:before="0" w:after="0"/>
        <w:rPr>
          <w:rFonts w:ascii="Proxima Nova" w:hAnsi="Proxima Nova"/>
          <w:sz w:val="18"/>
          <w:szCs w:val="18"/>
        </w:rPr>
      </w:pPr>
    </w:p>
    <w:p w14:paraId="4F0B2B7D" w14:textId="461C9B98" w:rsidR="004A1790" w:rsidRPr="0075321D" w:rsidRDefault="00000000" w:rsidP="0075321D">
      <w:pPr>
        <w:pStyle w:val="Heading1"/>
        <w:spacing w:before="0" w:after="0"/>
        <w:rPr>
          <w:rFonts w:ascii="Proxima Nova" w:hAnsi="Proxima Nova"/>
          <w:sz w:val="18"/>
          <w:szCs w:val="18"/>
        </w:rPr>
      </w:pPr>
      <w:r w:rsidRPr="0075321D">
        <w:rPr>
          <w:rFonts w:ascii="Proxima Nova" w:hAnsi="Proxima Nova"/>
          <w:sz w:val="18"/>
          <w:szCs w:val="18"/>
        </w:rPr>
        <w:t>Connection to the BranchED AI Compass</w:t>
      </w:r>
    </w:p>
    <w:p w14:paraId="7A9028B5" w14:textId="77777777" w:rsidR="004A1790" w:rsidRPr="0075321D" w:rsidRDefault="00000000" w:rsidP="0075321D">
      <w:pPr>
        <w:spacing w:after="0"/>
        <w:rPr>
          <w:rFonts w:ascii="Proxima Nova" w:hAnsi="Proxima Nova"/>
          <w:szCs w:val="18"/>
        </w:rPr>
      </w:pPr>
      <w:r w:rsidRPr="0075321D">
        <w:rPr>
          <w:rFonts w:ascii="Proxima Nova" w:hAnsi="Proxima Nova"/>
          <w:szCs w:val="18"/>
        </w:rPr>
        <w:t>Return to the domain(s) and competency/competencies identified in your Implementation Plan. What does the evidence suggest about progress toward stronger enactment of those competencies? What did this work help you understand about implementing the AI Compass in your context?</w:t>
      </w:r>
    </w:p>
    <w:p w14:paraId="0977B9DA" w14:textId="77777777" w:rsidR="0075321D" w:rsidRPr="0075321D" w:rsidRDefault="0075321D" w:rsidP="0075321D">
      <w:pPr>
        <w:spacing w:after="0"/>
        <w:rPr>
          <w:rFonts w:ascii="Proxima Nova" w:hAnsi="Proxima Nova"/>
          <w:szCs w:val="18"/>
        </w:rPr>
      </w:pPr>
    </w:p>
    <w:tbl>
      <w:tblPr>
        <w:tblStyle w:val="TableGrid"/>
        <w:tblW w:w="0" w:type="auto"/>
        <w:jc w:val="center"/>
        <w:tblLook w:val="04A0" w:firstRow="1" w:lastRow="0" w:firstColumn="1" w:lastColumn="0" w:noHBand="0" w:noVBand="1"/>
      </w:tblPr>
      <w:tblGrid>
        <w:gridCol w:w="10224"/>
      </w:tblGrid>
      <w:tr w:rsidR="004A1790" w:rsidRPr="0075321D" w14:paraId="6D051FF6" w14:textId="77777777">
        <w:trPr>
          <w:tblHeader/>
          <w:jc w:val="center"/>
        </w:trPr>
        <w:tc>
          <w:tcPr>
            <w:tcW w:w="10224" w:type="dxa"/>
            <w:shd w:val="clear" w:color="auto" w:fill="5B00A5"/>
            <w:tcMar>
              <w:top w:w="70" w:type="dxa"/>
              <w:left w:w="80" w:type="dxa"/>
              <w:bottom w:w="70" w:type="dxa"/>
              <w:right w:w="80" w:type="dxa"/>
            </w:tcMar>
            <w:vAlign w:val="center"/>
          </w:tcPr>
          <w:p w14:paraId="0776A0D8" w14:textId="77777777" w:rsidR="004A1790" w:rsidRPr="0075321D" w:rsidRDefault="00000000" w:rsidP="0075321D">
            <w:pPr>
              <w:spacing w:after="0"/>
              <w:jc w:val="center"/>
              <w:rPr>
                <w:rFonts w:ascii="Proxima Nova" w:hAnsi="Proxima Nova"/>
                <w:szCs w:val="18"/>
              </w:rPr>
            </w:pPr>
            <w:r w:rsidRPr="0075321D">
              <w:rPr>
                <w:rFonts w:ascii="Proxima Nova" w:hAnsi="Proxima Nova"/>
                <w:b/>
                <w:color w:val="FFFFFF"/>
                <w:szCs w:val="18"/>
              </w:rPr>
              <w:t>AI Compass Connection</w:t>
            </w:r>
          </w:p>
        </w:tc>
      </w:tr>
      <w:tr w:rsidR="004A1790" w:rsidRPr="0075321D" w14:paraId="60532845" w14:textId="77777777">
        <w:trPr>
          <w:jc w:val="center"/>
        </w:trPr>
        <w:tc>
          <w:tcPr>
            <w:tcW w:w="10224" w:type="dxa"/>
            <w:tcMar>
              <w:top w:w="70" w:type="dxa"/>
              <w:left w:w="80" w:type="dxa"/>
              <w:bottom w:w="70" w:type="dxa"/>
              <w:right w:w="80" w:type="dxa"/>
            </w:tcMar>
          </w:tcPr>
          <w:p w14:paraId="78A8019F" w14:textId="77777777" w:rsidR="004A1790" w:rsidRPr="0075321D" w:rsidRDefault="004A1790" w:rsidP="0075321D">
            <w:pPr>
              <w:spacing w:after="0"/>
              <w:rPr>
                <w:rFonts w:ascii="Proxima Nova" w:hAnsi="Proxima Nova"/>
                <w:szCs w:val="18"/>
              </w:rPr>
            </w:pPr>
          </w:p>
        </w:tc>
      </w:tr>
      <w:tr w:rsidR="004A1790" w:rsidRPr="0075321D" w14:paraId="45B03E5C" w14:textId="77777777">
        <w:trPr>
          <w:jc w:val="center"/>
        </w:trPr>
        <w:tc>
          <w:tcPr>
            <w:tcW w:w="10224" w:type="dxa"/>
            <w:tcMar>
              <w:top w:w="70" w:type="dxa"/>
              <w:left w:w="80" w:type="dxa"/>
              <w:bottom w:w="70" w:type="dxa"/>
              <w:right w:w="80" w:type="dxa"/>
            </w:tcMar>
          </w:tcPr>
          <w:p w14:paraId="713CD47A" w14:textId="77777777" w:rsidR="004A1790" w:rsidRPr="0075321D" w:rsidRDefault="004A1790" w:rsidP="0075321D">
            <w:pPr>
              <w:spacing w:after="0"/>
              <w:rPr>
                <w:rFonts w:ascii="Proxima Nova" w:hAnsi="Proxima Nova"/>
                <w:szCs w:val="18"/>
              </w:rPr>
            </w:pPr>
          </w:p>
        </w:tc>
      </w:tr>
    </w:tbl>
    <w:p w14:paraId="102DDF08" w14:textId="77777777" w:rsidR="0075321D" w:rsidRPr="0075321D" w:rsidRDefault="0075321D" w:rsidP="0075321D">
      <w:pPr>
        <w:pStyle w:val="Heading1"/>
        <w:spacing w:before="0" w:after="0"/>
        <w:rPr>
          <w:rFonts w:ascii="Proxima Nova" w:hAnsi="Proxima Nova"/>
          <w:sz w:val="18"/>
          <w:szCs w:val="18"/>
        </w:rPr>
      </w:pPr>
    </w:p>
    <w:p w14:paraId="15553AF2" w14:textId="512193BF" w:rsidR="004A1790" w:rsidRPr="0075321D" w:rsidRDefault="00000000" w:rsidP="0075321D">
      <w:pPr>
        <w:pStyle w:val="Heading1"/>
        <w:spacing w:before="0" w:after="0"/>
        <w:rPr>
          <w:rFonts w:ascii="Proxima Nova" w:hAnsi="Proxima Nova"/>
          <w:sz w:val="18"/>
          <w:szCs w:val="18"/>
        </w:rPr>
      </w:pPr>
      <w:r w:rsidRPr="0075321D">
        <w:rPr>
          <w:rFonts w:ascii="Proxima Nova" w:hAnsi="Proxima Nova"/>
          <w:sz w:val="18"/>
          <w:szCs w:val="18"/>
        </w:rPr>
        <w:t>Sustainability &amp; Next Steps</w:t>
      </w:r>
    </w:p>
    <w:p w14:paraId="01C3227F" w14:textId="77777777" w:rsidR="004A1790" w:rsidRPr="0075321D" w:rsidRDefault="00000000" w:rsidP="0075321D">
      <w:pPr>
        <w:spacing w:after="0"/>
        <w:rPr>
          <w:rFonts w:ascii="Proxima Nova" w:hAnsi="Proxima Nova"/>
          <w:szCs w:val="18"/>
        </w:rPr>
      </w:pPr>
      <w:r w:rsidRPr="0075321D">
        <w:rPr>
          <w:rFonts w:ascii="Proxima Nova" w:hAnsi="Proxima Nova"/>
          <w:szCs w:val="18"/>
        </w:rPr>
        <w:t>Based on the evidence and learning from this initiative, what is the primary next direction?</w:t>
      </w:r>
    </w:p>
    <w:p w14:paraId="20FE2FEB" w14:textId="77777777" w:rsidR="0075321D" w:rsidRPr="0075321D" w:rsidRDefault="00000000" w:rsidP="0075321D">
      <w:pPr>
        <w:spacing w:after="0"/>
        <w:rPr>
          <w:rFonts w:ascii="Proxima Nova" w:hAnsi="Proxima Nova"/>
          <w:szCs w:val="18"/>
        </w:rPr>
      </w:pPr>
      <w:sdt>
        <w:sdtPr>
          <w:rPr>
            <w:rFonts w:ascii="Proxima Nova" w:hAnsi="Proxima Nova" w:cs="Segoe UI Symbol"/>
            <w:szCs w:val="18"/>
          </w:rPr>
          <w:id w:val="251552930"/>
          <w14:checkbox>
            <w14:checked w14:val="0"/>
            <w14:checkedState w14:val="2612" w14:font="MS Gothic"/>
            <w14:uncheckedState w14:val="2610" w14:font="MS Gothic"/>
          </w14:checkbox>
        </w:sdtPr>
        <w:sdtContent>
          <w:r w:rsidR="0075321D" w:rsidRPr="0075321D">
            <w:rPr>
              <w:rFonts w:ascii="Segoe UI Symbol" w:eastAsia="MS Gothic" w:hAnsi="Segoe UI Symbol" w:cs="Segoe UI Symbol"/>
              <w:szCs w:val="18"/>
            </w:rPr>
            <w:t>☐</w:t>
          </w:r>
        </w:sdtContent>
      </w:sdt>
      <w:r w:rsidR="0075321D" w:rsidRPr="0075321D">
        <w:rPr>
          <w:rFonts w:ascii="Proxima Nova" w:hAnsi="Proxima Nova"/>
          <w:szCs w:val="18"/>
        </w:rPr>
        <w:t xml:space="preserve"> Continue as implemented</w:t>
      </w:r>
    </w:p>
    <w:p w14:paraId="528119CB" w14:textId="77777777" w:rsidR="0075321D" w:rsidRPr="0075321D" w:rsidRDefault="00000000" w:rsidP="0075321D">
      <w:pPr>
        <w:spacing w:after="0"/>
        <w:rPr>
          <w:rFonts w:ascii="Proxima Nova" w:hAnsi="Proxima Nova"/>
          <w:szCs w:val="18"/>
        </w:rPr>
      </w:pPr>
      <w:sdt>
        <w:sdtPr>
          <w:rPr>
            <w:rFonts w:ascii="Proxima Nova" w:hAnsi="Proxima Nova" w:cs="Segoe UI Symbol"/>
            <w:szCs w:val="18"/>
          </w:rPr>
          <w:id w:val="818927816"/>
          <w14:checkbox>
            <w14:checked w14:val="0"/>
            <w14:checkedState w14:val="2612" w14:font="MS Gothic"/>
            <w14:uncheckedState w14:val="2610" w14:font="MS Gothic"/>
          </w14:checkbox>
        </w:sdtPr>
        <w:sdtContent>
          <w:r w:rsidR="0075321D" w:rsidRPr="0075321D">
            <w:rPr>
              <w:rFonts w:ascii="Segoe UI Symbol" w:eastAsia="MS Gothic" w:hAnsi="Segoe UI Symbol" w:cs="Segoe UI Symbol"/>
              <w:szCs w:val="18"/>
            </w:rPr>
            <w:t>☐</w:t>
          </w:r>
        </w:sdtContent>
      </w:sdt>
      <w:r w:rsidR="0075321D" w:rsidRPr="0075321D">
        <w:rPr>
          <w:rFonts w:ascii="Proxima Nova" w:hAnsi="Proxima Nova"/>
          <w:szCs w:val="18"/>
        </w:rPr>
        <w:t xml:space="preserve"> </w:t>
      </w:r>
      <w:proofErr w:type="gramStart"/>
      <w:r w:rsidR="0075321D" w:rsidRPr="0075321D">
        <w:rPr>
          <w:rFonts w:ascii="Proxima Nova" w:hAnsi="Proxima Nova"/>
          <w:szCs w:val="18"/>
        </w:rPr>
        <w:t>Continue</w:t>
      </w:r>
      <w:proofErr w:type="gramEnd"/>
      <w:r w:rsidR="0075321D" w:rsidRPr="0075321D">
        <w:rPr>
          <w:rFonts w:ascii="Proxima Nova" w:hAnsi="Proxima Nova"/>
          <w:szCs w:val="18"/>
        </w:rPr>
        <w:t xml:space="preserve"> with revisions</w:t>
      </w:r>
    </w:p>
    <w:p w14:paraId="3DC76F44" w14:textId="77777777" w:rsidR="0075321D" w:rsidRPr="0075321D" w:rsidRDefault="00000000" w:rsidP="0075321D">
      <w:pPr>
        <w:spacing w:after="0"/>
        <w:rPr>
          <w:rFonts w:ascii="Proxima Nova" w:hAnsi="Proxima Nova"/>
          <w:szCs w:val="18"/>
        </w:rPr>
      </w:pPr>
      <w:sdt>
        <w:sdtPr>
          <w:rPr>
            <w:rFonts w:ascii="Proxima Nova" w:hAnsi="Proxima Nova" w:cs="Segoe UI Symbol"/>
            <w:szCs w:val="18"/>
          </w:rPr>
          <w:id w:val="1547331939"/>
          <w14:checkbox>
            <w14:checked w14:val="0"/>
            <w14:checkedState w14:val="2612" w14:font="MS Gothic"/>
            <w14:uncheckedState w14:val="2610" w14:font="MS Gothic"/>
          </w14:checkbox>
        </w:sdtPr>
        <w:sdtContent>
          <w:r w:rsidR="0075321D" w:rsidRPr="0075321D">
            <w:rPr>
              <w:rFonts w:ascii="Segoe UI Symbol" w:eastAsia="MS Gothic" w:hAnsi="Segoe UI Symbol" w:cs="Segoe UI Symbol"/>
              <w:szCs w:val="18"/>
            </w:rPr>
            <w:t>☐</w:t>
          </w:r>
        </w:sdtContent>
      </w:sdt>
      <w:r w:rsidR="0075321D" w:rsidRPr="0075321D">
        <w:rPr>
          <w:rFonts w:ascii="Proxima Nova" w:hAnsi="Proxima Nova"/>
          <w:szCs w:val="18"/>
        </w:rPr>
        <w:t xml:space="preserve"> Expand </w:t>
      </w:r>
      <w:proofErr w:type="gramStart"/>
      <w:r w:rsidR="0075321D" w:rsidRPr="0075321D">
        <w:rPr>
          <w:rFonts w:ascii="Proxima Nova" w:hAnsi="Proxima Nova"/>
          <w:szCs w:val="18"/>
        </w:rPr>
        <w:t>or</w:t>
      </w:r>
      <w:proofErr w:type="gramEnd"/>
      <w:r w:rsidR="0075321D" w:rsidRPr="0075321D">
        <w:rPr>
          <w:rFonts w:ascii="Proxima Nova" w:hAnsi="Proxima Nova"/>
          <w:szCs w:val="18"/>
        </w:rPr>
        <w:t xml:space="preserve"> scale</w:t>
      </w:r>
    </w:p>
    <w:p w14:paraId="27045A79" w14:textId="77777777" w:rsidR="0075321D" w:rsidRPr="0075321D" w:rsidRDefault="00000000" w:rsidP="0075321D">
      <w:pPr>
        <w:spacing w:after="0"/>
        <w:rPr>
          <w:rFonts w:ascii="Proxima Nova" w:hAnsi="Proxima Nova"/>
          <w:szCs w:val="18"/>
        </w:rPr>
      </w:pPr>
      <w:sdt>
        <w:sdtPr>
          <w:rPr>
            <w:rFonts w:ascii="Proxima Nova" w:hAnsi="Proxima Nova" w:cs="Segoe UI Symbol"/>
            <w:szCs w:val="18"/>
          </w:rPr>
          <w:id w:val="-420950064"/>
          <w14:checkbox>
            <w14:checked w14:val="0"/>
            <w14:checkedState w14:val="2612" w14:font="MS Gothic"/>
            <w14:uncheckedState w14:val="2610" w14:font="MS Gothic"/>
          </w14:checkbox>
        </w:sdtPr>
        <w:sdtContent>
          <w:r w:rsidR="0075321D" w:rsidRPr="0075321D">
            <w:rPr>
              <w:rFonts w:ascii="Segoe UI Symbol" w:eastAsia="MS Gothic" w:hAnsi="Segoe UI Symbol" w:cs="Segoe UI Symbol"/>
              <w:szCs w:val="18"/>
            </w:rPr>
            <w:t>☐</w:t>
          </w:r>
        </w:sdtContent>
      </w:sdt>
      <w:r w:rsidR="0075321D" w:rsidRPr="0075321D">
        <w:rPr>
          <w:rFonts w:ascii="Proxima Nova" w:hAnsi="Proxima Nova"/>
          <w:szCs w:val="18"/>
        </w:rPr>
        <w:t xml:space="preserve"> Discontinue</w:t>
      </w:r>
    </w:p>
    <w:p w14:paraId="6D0F9478" w14:textId="77777777" w:rsidR="0075321D" w:rsidRPr="0075321D" w:rsidRDefault="00000000" w:rsidP="0075321D">
      <w:pPr>
        <w:spacing w:after="0"/>
        <w:rPr>
          <w:rFonts w:ascii="Proxima Nova" w:hAnsi="Proxima Nova"/>
          <w:szCs w:val="18"/>
        </w:rPr>
      </w:pPr>
      <w:sdt>
        <w:sdtPr>
          <w:rPr>
            <w:rFonts w:ascii="Proxima Nova" w:hAnsi="Proxima Nova" w:cs="Segoe UI Symbol"/>
            <w:szCs w:val="18"/>
          </w:rPr>
          <w:id w:val="-614590652"/>
          <w14:checkbox>
            <w14:checked w14:val="0"/>
            <w14:checkedState w14:val="2612" w14:font="MS Gothic"/>
            <w14:uncheckedState w14:val="2610" w14:font="MS Gothic"/>
          </w14:checkbox>
        </w:sdtPr>
        <w:sdtContent>
          <w:r w:rsidR="0075321D" w:rsidRPr="0075321D">
            <w:rPr>
              <w:rFonts w:ascii="Segoe UI Symbol" w:eastAsia="MS Gothic" w:hAnsi="Segoe UI Symbol" w:cs="Segoe UI Symbol"/>
              <w:szCs w:val="18"/>
            </w:rPr>
            <w:t>☐</w:t>
          </w:r>
        </w:sdtContent>
      </w:sdt>
      <w:r w:rsidR="0075321D" w:rsidRPr="0075321D">
        <w:rPr>
          <w:rFonts w:ascii="Proxima Nova" w:hAnsi="Proxima Nova"/>
          <w:szCs w:val="18"/>
        </w:rPr>
        <w:t xml:space="preserve"> Further investigation is needed before deciding</w:t>
      </w:r>
    </w:p>
    <w:p w14:paraId="0BF06924" w14:textId="77777777" w:rsidR="0075321D" w:rsidRPr="0075321D" w:rsidRDefault="0075321D" w:rsidP="0075321D">
      <w:pPr>
        <w:spacing w:after="0"/>
        <w:rPr>
          <w:rFonts w:ascii="Proxima Nova" w:hAnsi="Proxima Nova"/>
          <w:szCs w:val="18"/>
        </w:rPr>
      </w:pPr>
    </w:p>
    <w:tbl>
      <w:tblPr>
        <w:tblStyle w:val="TableGrid"/>
        <w:tblW w:w="0" w:type="auto"/>
        <w:jc w:val="center"/>
        <w:tblLook w:val="04A0" w:firstRow="1" w:lastRow="0" w:firstColumn="1" w:lastColumn="0" w:noHBand="0" w:noVBand="1"/>
      </w:tblPr>
      <w:tblGrid>
        <w:gridCol w:w="3600"/>
        <w:gridCol w:w="4320"/>
        <w:gridCol w:w="2304"/>
      </w:tblGrid>
      <w:tr w:rsidR="004A1790" w:rsidRPr="0075321D" w14:paraId="7983EBD0" w14:textId="77777777">
        <w:trPr>
          <w:tblHeader/>
          <w:jc w:val="center"/>
        </w:trPr>
        <w:tc>
          <w:tcPr>
            <w:tcW w:w="3600" w:type="dxa"/>
            <w:shd w:val="clear" w:color="auto" w:fill="5B00A5"/>
            <w:tcMar>
              <w:top w:w="70" w:type="dxa"/>
              <w:left w:w="80" w:type="dxa"/>
              <w:bottom w:w="70" w:type="dxa"/>
              <w:right w:w="80" w:type="dxa"/>
            </w:tcMar>
            <w:vAlign w:val="center"/>
          </w:tcPr>
          <w:p w14:paraId="5F66D416" w14:textId="77777777" w:rsidR="004A1790" w:rsidRPr="0075321D" w:rsidRDefault="00000000" w:rsidP="0075321D">
            <w:pPr>
              <w:spacing w:after="0"/>
              <w:jc w:val="center"/>
              <w:rPr>
                <w:rFonts w:ascii="Proxima Nova" w:hAnsi="Proxima Nova"/>
                <w:szCs w:val="18"/>
              </w:rPr>
            </w:pPr>
            <w:r w:rsidRPr="0075321D">
              <w:rPr>
                <w:rFonts w:ascii="Proxima Nova" w:hAnsi="Proxima Nova"/>
                <w:b/>
                <w:color w:val="FFFFFF"/>
                <w:szCs w:val="18"/>
              </w:rPr>
              <w:t>Next Decision / Action</w:t>
            </w:r>
          </w:p>
        </w:tc>
        <w:tc>
          <w:tcPr>
            <w:tcW w:w="4320" w:type="dxa"/>
            <w:shd w:val="clear" w:color="auto" w:fill="5B00A5"/>
            <w:tcMar>
              <w:top w:w="70" w:type="dxa"/>
              <w:left w:w="80" w:type="dxa"/>
              <w:bottom w:w="70" w:type="dxa"/>
              <w:right w:w="80" w:type="dxa"/>
            </w:tcMar>
            <w:vAlign w:val="center"/>
          </w:tcPr>
          <w:p w14:paraId="06E34C4D" w14:textId="77777777" w:rsidR="004A1790" w:rsidRPr="0075321D" w:rsidRDefault="00000000" w:rsidP="0075321D">
            <w:pPr>
              <w:spacing w:after="0"/>
              <w:jc w:val="center"/>
              <w:rPr>
                <w:rFonts w:ascii="Proxima Nova" w:hAnsi="Proxima Nova"/>
                <w:szCs w:val="18"/>
              </w:rPr>
            </w:pPr>
            <w:r w:rsidRPr="0075321D">
              <w:rPr>
                <w:rFonts w:ascii="Proxima Nova" w:hAnsi="Proxima Nova"/>
                <w:b/>
                <w:color w:val="FFFFFF"/>
                <w:szCs w:val="18"/>
              </w:rPr>
              <w:t>Rationale Based on Evidence</w:t>
            </w:r>
          </w:p>
        </w:tc>
        <w:tc>
          <w:tcPr>
            <w:tcW w:w="2304" w:type="dxa"/>
            <w:shd w:val="clear" w:color="auto" w:fill="5B00A5"/>
            <w:tcMar>
              <w:top w:w="70" w:type="dxa"/>
              <w:left w:w="80" w:type="dxa"/>
              <w:bottom w:w="70" w:type="dxa"/>
              <w:right w:w="80" w:type="dxa"/>
            </w:tcMar>
            <w:vAlign w:val="center"/>
          </w:tcPr>
          <w:p w14:paraId="58F2E68F" w14:textId="77777777" w:rsidR="004A1790" w:rsidRPr="0075321D" w:rsidRDefault="00000000" w:rsidP="0075321D">
            <w:pPr>
              <w:spacing w:after="0"/>
              <w:jc w:val="center"/>
              <w:rPr>
                <w:rFonts w:ascii="Proxima Nova" w:hAnsi="Proxima Nova"/>
                <w:szCs w:val="18"/>
              </w:rPr>
            </w:pPr>
            <w:r w:rsidRPr="0075321D">
              <w:rPr>
                <w:rFonts w:ascii="Proxima Nova" w:hAnsi="Proxima Nova"/>
                <w:b/>
                <w:color w:val="FFFFFF"/>
                <w:szCs w:val="18"/>
              </w:rPr>
              <w:t>Who / When</w:t>
            </w:r>
          </w:p>
        </w:tc>
      </w:tr>
      <w:tr w:rsidR="004A1790" w:rsidRPr="0075321D" w14:paraId="0AF1751A" w14:textId="77777777">
        <w:trPr>
          <w:jc w:val="center"/>
        </w:trPr>
        <w:tc>
          <w:tcPr>
            <w:tcW w:w="3600" w:type="dxa"/>
            <w:tcMar>
              <w:top w:w="70" w:type="dxa"/>
              <w:left w:w="80" w:type="dxa"/>
              <w:bottom w:w="70" w:type="dxa"/>
              <w:right w:w="80" w:type="dxa"/>
            </w:tcMar>
          </w:tcPr>
          <w:p w14:paraId="54FA9208" w14:textId="77777777" w:rsidR="004A1790" w:rsidRPr="0075321D" w:rsidRDefault="004A1790" w:rsidP="0075321D">
            <w:pPr>
              <w:spacing w:after="0"/>
              <w:rPr>
                <w:rFonts w:ascii="Proxima Nova" w:hAnsi="Proxima Nova"/>
                <w:szCs w:val="18"/>
              </w:rPr>
            </w:pPr>
          </w:p>
        </w:tc>
        <w:tc>
          <w:tcPr>
            <w:tcW w:w="4320" w:type="dxa"/>
            <w:tcMar>
              <w:top w:w="70" w:type="dxa"/>
              <w:left w:w="80" w:type="dxa"/>
              <w:bottom w:w="70" w:type="dxa"/>
              <w:right w:w="80" w:type="dxa"/>
            </w:tcMar>
          </w:tcPr>
          <w:p w14:paraId="2BC12655" w14:textId="77777777" w:rsidR="004A1790" w:rsidRPr="0075321D" w:rsidRDefault="004A1790" w:rsidP="0075321D">
            <w:pPr>
              <w:spacing w:after="0"/>
              <w:rPr>
                <w:rFonts w:ascii="Proxima Nova" w:hAnsi="Proxima Nova"/>
                <w:szCs w:val="18"/>
              </w:rPr>
            </w:pPr>
          </w:p>
        </w:tc>
        <w:tc>
          <w:tcPr>
            <w:tcW w:w="2304" w:type="dxa"/>
            <w:tcMar>
              <w:top w:w="70" w:type="dxa"/>
              <w:left w:w="80" w:type="dxa"/>
              <w:bottom w:w="70" w:type="dxa"/>
              <w:right w:w="80" w:type="dxa"/>
            </w:tcMar>
          </w:tcPr>
          <w:p w14:paraId="2BE85429" w14:textId="77777777" w:rsidR="004A1790" w:rsidRPr="0075321D" w:rsidRDefault="004A1790" w:rsidP="0075321D">
            <w:pPr>
              <w:spacing w:after="0"/>
              <w:rPr>
                <w:rFonts w:ascii="Proxima Nova" w:hAnsi="Proxima Nova"/>
                <w:szCs w:val="18"/>
              </w:rPr>
            </w:pPr>
          </w:p>
        </w:tc>
      </w:tr>
      <w:tr w:rsidR="004A1790" w:rsidRPr="0075321D" w14:paraId="5A4370E5" w14:textId="77777777">
        <w:trPr>
          <w:jc w:val="center"/>
        </w:trPr>
        <w:tc>
          <w:tcPr>
            <w:tcW w:w="3600" w:type="dxa"/>
            <w:tcMar>
              <w:top w:w="70" w:type="dxa"/>
              <w:left w:w="80" w:type="dxa"/>
              <w:bottom w:w="70" w:type="dxa"/>
              <w:right w:w="80" w:type="dxa"/>
            </w:tcMar>
          </w:tcPr>
          <w:p w14:paraId="6C260F81" w14:textId="77777777" w:rsidR="004A1790" w:rsidRPr="0075321D" w:rsidRDefault="004A1790" w:rsidP="0075321D">
            <w:pPr>
              <w:spacing w:after="0"/>
              <w:rPr>
                <w:rFonts w:ascii="Proxima Nova" w:hAnsi="Proxima Nova"/>
                <w:szCs w:val="18"/>
              </w:rPr>
            </w:pPr>
          </w:p>
        </w:tc>
        <w:tc>
          <w:tcPr>
            <w:tcW w:w="4320" w:type="dxa"/>
            <w:tcMar>
              <w:top w:w="70" w:type="dxa"/>
              <w:left w:w="80" w:type="dxa"/>
              <w:bottom w:w="70" w:type="dxa"/>
              <w:right w:w="80" w:type="dxa"/>
            </w:tcMar>
          </w:tcPr>
          <w:p w14:paraId="0B2DB663" w14:textId="77777777" w:rsidR="004A1790" w:rsidRPr="0075321D" w:rsidRDefault="004A1790" w:rsidP="0075321D">
            <w:pPr>
              <w:spacing w:after="0"/>
              <w:rPr>
                <w:rFonts w:ascii="Proxima Nova" w:hAnsi="Proxima Nova"/>
                <w:szCs w:val="18"/>
              </w:rPr>
            </w:pPr>
          </w:p>
        </w:tc>
        <w:tc>
          <w:tcPr>
            <w:tcW w:w="2304" w:type="dxa"/>
            <w:tcMar>
              <w:top w:w="70" w:type="dxa"/>
              <w:left w:w="80" w:type="dxa"/>
              <w:bottom w:w="70" w:type="dxa"/>
              <w:right w:w="80" w:type="dxa"/>
            </w:tcMar>
          </w:tcPr>
          <w:p w14:paraId="73BAA471" w14:textId="77777777" w:rsidR="004A1790" w:rsidRPr="0075321D" w:rsidRDefault="004A1790" w:rsidP="0075321D">
            <w:pPr>
              <w:spacing w:after="0"/>
              <w:rPr>
                <w:rFonts w:ascii="Proxima Nova" w:hAnsi="Proxima Nova"/>
                <w:szCs w:val="18"/>
              </w:rPr>
            </w:pPr>
          </w:p>
        </w:tc>
      </w:tr>
    </w:tbl>
    <w:p w14:paraId="1AF29013" w14:textId="77777777" w:rsidR="0075321D" w:rsidRPr="0075321D" w:rsidRDefault="0075321D" w:rsidP="0075321D">
      <w:pPr>
        <w:pStyle w:val="Heading1"/>
        <w:spacing w:before="0" w:after="0"/>
        <w:rPr>
          <w:rFonts w:ascii="Proxima Nova" w:hAnsi="Proxima Nova"/>
          <w:sz w:val="18"/>
          <w:szCs w:val="18"/>
        </w:rPr>
      </w:pPr>
    </w:p>
    <w:p w14:paraId="684EE61E" w14:textId="14FBCCF5" w:rsidR="004A1790" w:rsidRPr="0075321D" w:rsidRDefault="00000000" w:rsidP="0075321D">
      <w:pPr>
        <w:pStyle w:val="Heading1"/>
        <w:spacing w:before="0" w:after="0"/>
        <w:rPr>
          <w:rFonts w:ascii="Proxima Nova" w:hAnsi="Proxima Nova"/>
          <w:sz w:val="18"/>
          <w:szCs w:val="18"/>
        </w:rPr>
      </w:pPr>
      <w:r w:rsidRPr="0075321D">
        <w:rPr>
          <w:rFonts w:ascii="Proxima Nova" w:hAnsi="Proxima Nova"/>
          <w:sz w:val="18"/>
          <w:szCs w:val="18"/>
        </w:rPr>
        <w:t>Impact Report Quality Check</w:t>
      </w:r>
    </w:p>
    <w:p w14:paraId="35DF0070" w14:textId="470D2E07" w:rsidR="004A1790" w:rsidRPr="0075321D" w:rsidRDefault="00000000" w:rsidP="0075321D">
      <w:pPr>
        <w:spacing w:after="0"/>
        <w:rPr>
          <w:rFonts w:ascii="Proxima Nova" w:hAnsi="Proxima Nova"/>
          <w:szCs w:val="18"/>
        </w:rPr>
      </w:pPr>
      <w:sdt>
        <w:sdtPr>
          <w:rPr>
            <w:rFonts w:ascii="Proxima Nova" w:hAnsi="Proxima Nova" w:cs="Segoe UI Symbol"/>
            <w:szCs w:val="18"/>
          </w:rPr>
          <w:id w:val="788870006"/>
          <w14:checkbox>
            <w14:checked w14:val="0"/>
            <w14:checkedState w14:val="2612" w14:font="MS Gothic"/>
            <w14:uncheckedState w14:val="2610" w14:font="MS Gothic"/>
          </w14:checkbox>
        </w:sdtPr>
        <w:sdtContent>
          <w:r w:rsidR="0075321D" w:rsidRPr="0075321D">
            <w:rPr>
              <w:rFonts w:ascii="Segoe UI Symbol" w:eastAsia="MS Gothic" w:hAnsi="Segoe UI Symbol" w:cs="Segoe UI Symbol"/>
              <w:szCs w:val="18"/>
            </w:rPr>
            <w:t>☐</w:t>
          </w:r>
        </w:sdtContent>
      </w:sdt>
      <w:r w:rsidR="0075321D" w:rsidRPr="0075321D">
        <w:rPr>
          <w:rFonts w:ascii="Proxima Nova" w:hAnsi="Proxima Nova"/>
          <w:szCs w:val="18"/>
        </w:rPr>
        <w:t xml:space="preserve"> The report clearly distinguishes what was planned from what was </w:t>
      </w:r>
      <w:proofErr w:type="gramStart"/>
      <w:r w:rsidR="0075321D" w:rsidRPr="0075321D">
        <w:rPr>
          <w:rFonts w:ascii="Proxima Nova" w:hAnsi="Proxima Nova"/>
          <w:szCs w:val="18"/>
        </w:rPr>
        <w:t>actually implemented</w:t>
      </w:r>
      <w:proofErr w:type="gramEnd"/>
      <w:r w:rsidR="0075321D" w:rsidRPr="0075321D">
        <w:rPr>
          <w:rFonts w:ascii="Proxima Nova" w:hAnsi="Proxima Nova"/>
          <w:szCs w:val="18"/>
        </w:rPr>
        <w:t>.</w:t>
      </w:r>
    </w:p>
    <w:p w14:paraId="4720A5F9" w14:textId="2E6A5CBD" w:rsidR="004A1790" w:rsidRPr="0075321D" w:rsidRDefault="00000000" w:rsidP="0075321D">
      <w:pPr>
        <w:spacing w:after="0"/>
        <w:rPr>
          <w:rFonts w:ascii="Proxima Nova" w:hAnsi="Proxima Nova"/>
          <w:szCs w:val="18"/>
        </w:rPr>
      </w:pPr>
      <w:sdt>
        <w:sdtPr>
          <w:rPr>
            <w:rFonts w:ascii="Proxima Nova" w:hAnsi="Proxima Nova" w:cs="Segoe UI Symbol"/>
            <w:szCs w:val="18"/>
          </w:rPr>
          <w:id w:val="-1784414482"/>
          <w14:checkbox>
            <w14:checked w14:val="0"/>
            <w14:checkedState w14:val="2612" w14:font="MS Gothic"/>
            <w14:uncheckedState w14:val="2610" w14:font="MS Gothic"/>
          </w14:checkbox>
        </w:sdtPr>
        <w:sdtContent>
          <w:r w:rsidR="0075321D" w:rsidRPr="0075321D">
            <w:rPr>
              <w:rFonts w:ascii="Segoe UI Symbol" w:eastAsia="MS Gothic" w:hAnsi="Segoe UI Symbol" w:cs="Segoe UI Symbol"/>
              <w:szCs w:val="18"/>
            </w:rPr>
            <w:t>☐</w:t>
          </w:r>
        </w:sdtContent>
      </w:sdt>
      <w:r w:rsidR="0075321D" w:rsidRPr="0075321D">
        <w:rPr>
          <w:rFonts w:ascii="Proxima Nova" w:hAnsi="Proxima Nova"/>
          <w:szCs w:val="18"/>
        </w:rPr>
        <w:t xml:space="preserve"> The evidence shows whether the intended practice or behavior transferred into use.</w:t>
      </w:r>
    </w:p>
    <w:p w14:paraId="4A8C20C4" w14:textId="4C292A8F" w:rsidR="004A1790" w:rsidRPr="0075321D" w:rsidRDefault="00000000" w:rsidP="0075321D">
      <w:pPr>
        <w:spacing w:after="0"/>
        <w:rPr>
          <w:rFonts w:ascii="Proxima Nova" w:hAnsi="Proxima Nova"/>
          <w:szCs w:val="18"/>
        </w:rPr>
      </w:pPr>
      <w:sdt>
        <w:sdtPr>
          <w:rPr>
            <w:rFonts w:ascii="Proxima Nova" w:hAnsi="Proxima Nova" w:cs="Segoe UI Symbol"/>
            <w:szCs w:val="18"/>
          </w:rPr>
          <w:id w:val="18219096"/>
          <w14:checkbox>
            <w14:checked w14:val="0"/>
            <w14:checkedState w14:val="2612" w14:font="MS Gothic"/>
            <w14:uncheckedState w14:val="2610" w14:font="MS Gothic"/>
          </w14:checkbox>
        </w:sdtPr>
        <w:sdtContent>
          <w:r w:rsidR="0075321D" w:rsidRPr="0075321D">
            <w:rPr>
              <w:rFonts w:ascii="Segoe UI Symbol" w:eastAsia="MS Gothic" w:hAnsi="Segoe UI Symbol" w:cs="Segoe UI Symbol"/>
              <w:szCs w:val="18"/>
            </w:rPr>
            <w:t>☐</w:t>
          </w:r>
        </w:sdtContent>
      </w:sdt>
      <w:r w:rsidR="0075321D" w:rsidRPr="0075321D">
        <w:rPr>
          <w:rFonts w:ascii="Proxima Nova" w:hAnsi="Proxima Nova"/>
          <w:szCs w:val="18"/>
        </w:rPr>
        <w:t xml:space="preserve"> Results are compared with the starting point, expected direction, or target identified in the plan.</w:t>
      </w:r>
    </w:p>
    <w:p w14:paraId="7CD1DAD6" w14:textId="149C8AF8" w:rsidR="004A1790" w:rsidRPr="0075321D" w:rsidRDefault="00000000" w:rsidP="0075321D">
      <w:pPr>
        <w:spacing w:after="0"/>
        <w:rPr>
          <w:rFonts w:ascii="Proxima Nova" w:hAnsi="Proxima Nova"/>
          <w:szCs w:val="18"/>
        </w:rPr>
      </w:pPr>
      <w:sdt>
        <w:sdtPr>
          <w:rPr>
            <w:rFonts w:ascii="Proxima Nova" w:hAnsi="Proxima Nova" w:cs="Segoe UI Symbol"/>
            <w:szCs w:val="18"/>
          </w:rPr>
          <w:id w:val="-856041183"/>
          <w14:checkbox>
            <w14:checked w14:val="0"/>
            <w14:checkedState w14:val="2612" w14:font="MS Gothic"/>
            <w14:uncheckedState w14:val="2610" w14:font="MS Gothic"/>
          </w14:checkbox>
        </w:sdtPr>
        <w:sdtContent>
          <w:r w:rsidR="0075321D" w:rsidRPr="0075321D">
            <w:rPr>
              <w:rFonts w:ascii="Segoe UI Symbol" w:eastAsia="MS Gothic" w:hAnsi="Segoe UI Symbol" w:cs="Segoe UI Symbol"/>
              <w:szCs w:val="18"/>
            </w:rPr>
            <w:t>☐</w:t>
          </w:r>
        </w:sdtContent>
      </w:sdt>
      <w:r w:rsidR="0075321D" w:rsidRPr="0075321D">
        <w:rPr>
          <w:rFonts w:ascii="Proxima Nova" w:hAnsi="Proxima Nova"/>
          <w:szCs w:val="18"/>
        </w:rPr>
        <w:t xml:space="preserve"> Conclusions accurately reflect the strength and limitations of the evidence and identify who or what was affected.</w:t>
      </w:r>
    </w:p>
    <w:p w14:paraId="19C54991" w14:textId="5373812E" w:rsidR="004A1790" w:rsidRPr="0075321D" w:rsidRDefault="00000000" w:rsidP="0075321D">
      <w:pPr>
        <w:spacing w:after="0"/>
        <w:rPr>
          <w:rFonts w:ascii="Proxima Nova" w:hAnsi="Proxima Nova"/>
          <w:szCs w:val="18"/>
        </w:rPr>
      </w:pPr>
      <w:sdt>
        <w:sdtPr>
          <w:rPr>
            <w:rFonts w:ascii="Proxima Nova" w:hAnsi="Proxima Nova" w:cs="Segoe UI Symbol"/>
            <w:szCs w:val="18"/>
          </w:rPr>
          <w:id w:val="1508792826"/>
          <w14:checkbox>
            <w14:checked w14:val="0"/>
            <w14:checkedState w14:val="2612" w14:font="MS Gothic"/>
            <w14:uncheckedState w14:val="2610" w14:font="MS Gothic"/>
          </w14:checkbox>
        </w:sdtPr>
        <w:sdtContent>
          <w:r w:rsidR="0075321D" w:rsidRPr="0075321D">
            <w:rPr>
              <w:rFonts w:ascii="Segoe UI Symbol" w:eastAsia="MS Gothic" w:hAnsi="Segoe UI Symbol" w:cs="Segoe UI Symbol"/>
              <w:szCs w:val="18"/>
            </w:rPr>
            <w:t>☐</w:t>
          </w:r>
        </w:sdtContent>
      </w:sdt>
      <w:r w:rsidR="0075321D" w:rsidRPr="0075321D">
        <w:rPr>
          <w:rFonts w:ascii="Proxima Nova" w:hAnsi="Proxima Nova"/>
          <w:szCs w:val="18"/>
        </w:rPr>
        <w:t xml:space="preserve"> The report explains learning, including challenges, adaptations, and unexpected findings. </w:t>
      </w:r>
    </w:p>
    <w:p w14:paraId="40A40309" w14:textId="37F1ED78" w:rsidR="004A1790" w:rsidRPr="0075321D" w:rsidRDefault="00000000" w:rsidP="0075321D">
      <w:pPr>
        <w:spacing w:after="0"/>
        <w:rPr>
          <w:rFonts w:ascii="Proxima Nova" w:hAnsi="Proxima Nova"/>
          <w:szCs w:val="18"/>
        </w:rPr>
      </w:pPr>
      <w:sdt>
        <w:sdtPr>
          <w:rPr>
            <w:rFonts w:ascii="Proxima Nova" w:hAnsi="Proxima Nova" w:cs="Segoe UI Symbol"/>
            <w:szCs w:val="18"/>
          </w:rPr>
          <w:id w:val="-664096407"/>
          <w14:checkbox>
            <w14:checked w14:val="0"/>
            <w14:checkedState w14:val="2612" w14:font="MS Gothic"/>
            <w14:uncheckedState w14:val="2610" w14:font="MS Gothic"/>
          </w14:checkbox>
        </w:sdtPr>
        <w:sdtContent>
          <w:r w:rsidR="0075321D" w:rsidRPr="0075321D">
            <w:rPr>
              <w:rFonts w:ascii="Segoe UI Symbol" w:eastAsia="MS Gothic" w:hAnsi="Segoe UI Symbol" w:cs="Segoe UI Symbol"/>
              <w:szCs w:val="18"/>
            </w:rPr>
            <w:t>☐</w:t>
          </w:r>
        </w:sdtContent>
      </w:sdt>
      <w:r w:rsidR="0075321D" w:rsidRPr="0075321D">
        <w:rPr>
          <w:rFonts w:ascii="Proxima Nova" w:hAnsi="Proxima Nova"/>
          <w:szCs w:val="18"/>
        </w:rPr>
        <w:t xml:space="preserve"> The findings connect back to the intended change, intended result, and evidence identified in the Implementation Plan. </w:t>
      </w:r>
    </w:p>
    <w:sectPr w:rsidR="004A1790" w:rsidRPr="0075321D" w:rsidSect="00034616">
      <w:headerReference w:type="default" r:id="rId11"/>
      <w:footerReference w:type="default" r:id="rId12"/>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7D6D3" w14:textId="77777777" w:rsidR="00020910" w:rsidRDefault="00020910">
      <w:pPr>
        <w:spacing w:after="0" w:line="240" w:lineRule="auto"/>
      </w:pPr>
      <w:r>
        <w:separator/>
      </w:r>
    </w:p>
  </w:endnote>
  <w:endnote w:type="continuationSeparator" w:id="0">
    <w:p w14:paraId="0E09FA8F" w14:textId="77777777" w:rsidR="00020910" w:rsidRDefault="000209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Proxima Nova">
    <w:altName w:val="Tahoma"/>
    <w:charset w:val="00"/>
    <w:family w:val="auto"/>
    <w:pitch w:val="variable"/>
    <w:sig w:usb0="20000287" w:usb1="00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7922001"/>
      <w:docPartObj>
        <w:docPartGallery w:val="Page Numbers (Bottom of Page)"/>
        <w:docPartUnique/>
      </w:docPartObj>
    </w:sdtPr>
    <w:sdtEndPr>
      <w:rPr>
        <w:color w:val="7F7F7F" w:themeColor="background1" w:themeShade="7F"/>
        <w:spacing w:val="60"/>
      </w:rPr>
    </w:sdtEndPr>
    <w:sdtContent>
      <w:p w14:paraId="309421FA" w14:textId="2954A931" w:rsidR="0075321D" w:rsidRDefault="0075321D">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182DE500" w14:textId="04684E65" w:rsidR="004A1790" w:rsidRDefault="004A1790">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5F8C2" w14:textId="77777777" w:rsidR="00020910" w:rsidRDefault="00020910">
      <w:pPr>
        <w:spacing w:after="0" w:line="240" w:lineRule="auto"/>
      </w:pPr>
      <w:r>
        <w:separator/>
      </w:r>
    </w:p>
  </w:footnote>
  <w:footnote w:type="continuationSeparator" w:id="0">
    <w:p w14:paraId="644D41C8" w14:textId="77777777" w:rsidR="00020910" w:rsidRDefault="000209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E446E" w14:textId="77777777" w:rsidR="004A1790" w:rsidRDefault="004A1790">
    <w:pPr>
      <w:pStyle w:val="Header"/>
    </w:pPr>
  </w:p>
  <w:tbl>
    <w:tblPr>
      <w:tblW w:w="0" w:type="auto"/>
      <w:tblLook w:val="04A0" w:firstRow="1" w:lastRow="0" w:firstColumn="1" w:lastColumn="0" w:noHBand="0" w:noVBand="1"/>
    </w:tblPr>
    <w:tblGrid>
      <w:gridCol w:w="5184"/>
      <w:gridCol w:w="5184"/>
    </w:tblGrid>
    <w:tr w:rsidR="004A1790" w14:paraId="4EAA57ED" w14:textId="77777777">
      <w:tc>
        <w:tcPr>
          <w:tcW w:w="5184" w:type="dxa"/>
        </w:tcPr>
        <w:p w14:paraId="2663ECF4" w14:textId="77777777" w:rsidR="004A1790" w:rsidRDefault="00000000">
          <w:r>
            <w:rPr>
              <w:noProof/>
            </w:rPr>
            <w:drawing>
              <wp:inline distT="0" distB="0" distL="0" distR="0" wp14:anchorId="14A5029D" wp14:editId="1961EE98">
                <wp:extent cx="731520" cy="4953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ed_logo.png"/>
                        <pic:cNvPicPr/>
                      </pic:nvPicPr>
                      <pic:blipFill>
                        <a:blip r:embed="rId1"/>
                        <a:stretch>
                          <a:fillRect/>
                        </a:stretch>
                      </pic:blipFill>
                      <pic:spPr>
                        <a:xfrm>
                          <a:off x="0" y="0"/>
                          <a:ext cx="731520" cy="495394"/>
                        </a:xfrm>
                        <a:prstGeom prst="rect">
                          <a:avLst/>
                        </a:prstGeom>
                      </pic:spPr>
                    </pic:pic>
                  </a:graphicData>
                </a:graphic>
              </wp:inline>
            </w:drawing>
          </w:r>
        </w:p>
      </w:tc>
      <w:tc>
        <w:tcPr>
          <w:tcW w:w="5184" w:type="dxa"/>
        </w:tcPr>
        <w:p w14:paraId="628620EF" w14:textId="77777777" w:rsidR="004A1790" w:rsidRDefault="00000000">
          <w:pPr>
            <w:jc w:val="right"/>
          </w:pPr>
          <w:r>
            <w:rPr>
              <w:b/>
              <w:color w:val="5B00A5"/>
              <w:sz w:val="16"/>
            </w:rPr>
            <w:t>Final Impact Report</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0541123"/>
    <w:multiLevelType w:val="hybridMultilevel"/>
    <w:tmpl w:val="39BC56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619407643">
    <w:abstractNumId w:val="8"/>
  </w:num>
  <w:num w:numId="2" w16cid:durableId="1857308956">
    <w:abstractNumId w:val="6"/>
  </w:num>
  <w:num w:numId="3" w16cid:durableId="1590504853">
    <w:abstractNumId w:val="5"/>
  </w:num>
  <w:num w:numId="4" w16cid:durableId="68694950">
    <w:abstractNumId w:val="4"/>
  </w:num>
  <w:num w:numId="5" w16cid:durableId="2136409727">
    <w:abstractNumId w:val="7"/>
  </w:num>
  <w:num w:numId="6" w16cid:durableId="468669468">
    <w:abstractNumId w:val="3"/>
  </w:num>
  <w:num w:numId="7" w16cid:durableId="1540123169">
    <w:abstractNumId w:val="2"/>
  </w:num>
  <w:num w:numId="8" w16cid:durableId="825704470">
    <w:abstractNumId w:val="1"/>
  </w:num>
  <w:num w:numId="9" w16cid:durableId="1481655771">
    <w:abstractNumId w:val="0"/>
  </w:num>
  <w:num w:numId="10" w16cid:durableId="18662906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0910"/>
    <w:rsid w:val="00034616"/>
    <w:rsid w:val="0006063C"/>
    <w:rsid w:val="0015074B"/>
    <w:rsid w:val="001712A2"/>
    <w:rsid w:val="00216567"/>
    <w:rsid w:val="0029639D"/>
    <w:rsid w:val="00326F90"/>
    <w:rsid w:val="00364DC6"/>
    <w:rsid w:val="004A1790"/>
    <w:rsid w:val="00571BD3"/>
    <w:rsid w:val="0062166B"/>
    <w:rsid w:val="006219DD"/>
    <w:rsid w:val="00627A5D"/>
    <w:rsid w:val="00701400"/>
    <w:rsid w:val="00721CE6"/>
    <w:rsid w:val="0075321D"/>
    <w:rsid w:val="007C42BD"/>
    <w:rsid w:val="008359B6"/>
    <w:rsid w:val="00AA1D8D"/>
    <w:rsid w:val="00B47730"/>
    <w:rsid w:val="00CB0664"/>
    <w:rsid w:val="00DE21BC"/>
    <w:rsid w:val="00E57535"/>
    <w:rsid w:val="00EB5B79"/>
    <w:rsid w:val="00EC745C"/>
    <w:rsid w:val="00FC693F"/>
    <w:rsid w:val="4B0808B7"/>
    <w:rsid w:val="6ED178DA"/>
    <w:rsid w:val="73F5B1E9"/>
    <w:rsid w:val="7512D2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EB2C7F"/>
  <w14:defaultImageDpi w14:val="300"/>
  <w15:docId w15:val="{8FC709AD-9966-4A09-8127-E47FEF09A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uiPriority="40"/>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7" w:lineRule="auto"/>
    </w:pPr>
    <w:rPr>
      <w:rFonts w:ascii="Aptos" w:hAnsi="Aptos"/>
      <w:color w:val="222222"/>
      <w:sz w:val="18"/>
    </w:rPr>
  </w:style>
  <w:style w:type="paragraph" w:styleId="Heading1">
    <w:name w:val="heading 1"/>
    <w:basedOn w:val="Normal"/>
    <w:next w:val="Normal"/>
    <w:link w:val="Heading1Char"/>
    <w:uiPriority w:val="9"/>
    <w:qFormat/>
    <w:rsid w:val="00FC693F"/>
    <w:pPr>
      <w:keepNext/>
      <w:keepLines/>
      <w:spacing w:before="120"/>
      <w:outlineLvl w:val="0"/>
    </w:pPr>
    <w:rPr>
      <w:rFonts w:asciiTheme="majorHAnsi" w:eastAsiaTheme="majorEastAsia" w:hAnsiTheme="majorHAnsi" w:cstheme="majorBidi"/>
      <w:b/>
      <w:bCs/>
      <w:color w:val="5B00A5"/>
      <w:sz w:val="23"/>
      <w:szCs w:val="28"/>
    </w:rPr>
  </w:style>
  <w:style w:type="paragraph" w:styleId="Heading2">
    <w:name w:val="heading 2"/>
    <w:basedOn w:val="Normal"/>
    <w:next w:val="Normal"/>
    <w:link w:val="Heading2Char"/>
    <w:uiPriority w:val="9"/>
    <w:unhideWhenUsed/>
    <w:qFormat/>
    <w:rsid w:val="00FC693F"/>
    <w:pPr>
      <w:keepNext/>
      <w:keepLines/>
      <w:spacing w:before="120"/>
      <w:outlineLvl w:val="1"/>
    </w:pPr>
    <w:rPr>
      <w:rFonts w:asciiTheme="majorHAnsi" w:eastAsiaTheme="majorEastAsia" w:hAnsiTheme="majorHAnsi" w:cstheme="majorBidi"/>
      <w:b/>
      <w:bCs/>
      <w:color w:val="F28C28"/>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20" w:line="240" w:lineRule="auto"/>
      <w:contextualSpacing/>
    </w:pPr>
    <w:rPr>
      <w:rFonts w:asciiTheme="majorHAnsi" w:eastAsiaTheme="majorEastAsia" w:hAnsiTheme="majorHAnsi" w:cstheme="majorBidi"/>
      <w:b/>
      <w:color w:val="5B00A5"/>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TableGridLight">
    <w:name w:val="Grid Table Light"/>
    <w:basedOn w:val="TableNormal"/>
    <w:uiPriority w:val="40"/>
    <w:rsid w:val="0075321D"/>
    <w:pPr>
      <w:spacing w:after="0" w:line="240" w:lineRule="auto"/>
    </w:pPr>
    <w:rPr>
      <w:rFonts w:eastAsiaTheme="minorHAnsi"/>
      <w:kern w:val="2"/>
      <w:sz w:val="24"/>
      <w:szCs w:val="24"/>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Text">
    <w:name w:val="annotation text"/>
    <w:basedOn w:val="Normal"/>
    <w:link w:val="CommentTextChar"/>
    <w:uiPriority w:val="99"/>
    <w:semiHidden/>
    <w:unhideWhenUsed/>
    <w:rsid w:val="008359B6"/>
    <w:pPr>
      <w:spacing w:line="240" w:lineRule="auto"/>
    </w:pPr>
    <w:rPr>
      <w:sz w:val="20"/>
      <w:szCs w:val="20"/>
    </w:rPr>
  </w:style>
  <w:style w:type="character" w:customStyle="1" w:styleId="CommentTextChar">
    <w:name w:val="Comment Text Char"/>
    <w:basedOn w:val="DefaultParagraphFont"/>
    <w:link w:val="CommentText"/>
    <w:uiPriority w:val="99"/>
    <w:semiHidden/>
    <w:rsid w:val="008359B6"/>
    <w:rPr>
      <w:rFonts w:ascii="Aptos" w:hAnsi="Aptos"/>
      <w:color w:val="222222"/>
      <w:sz w:val="20"/>
      <w:szCs w:val="20"/>
    </w:rPr>
  </w:style>
  <w:style w:type="character" w:styleId="CommentReference">
    <w:name w:val="annotation reference"/>
    <w:basedOn w:val="DefaultParagraphFont"/>
    <w:uiPriority w:val="99"/>
    <w:semiHidden/>
    <w:unhideWhenUsed/>
    <w:rsid w:val="008359B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26c5b931-5cd4-49b0-862d-113cef3354c7" xsi:nil="true"/>
    <TaxCatchAll xmlns="328133b4-4030-49a6-a2df-e4f7bd6b131a" xsi:nil="true"/>
    <lcf76f155ced4ddcb4097134ff3c332f xmlns="26c5b931-5cd4-49b0-862d-113cef3354c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F01232C5F1DB74FA7C6B9058C50C107" ma:contentTypeVersion="20" ma:contentTypeDescription="Create a new document." ma:contentTypeScope="" ma:versionID="550ff184aa9db900c2aaf92c0f41994d">
  <xsd:schema xmlns:xsd="http://www.w3.org/2001/XMLSchema" xmlns:xs="http://www.w3.org/2001/XMLSchema" xmlns:p="http://schemas.microsoft.com/office/2006/metadata/properties" xmlns:ns2="26c5b931-5cd4-49b0-862d-113cef3354c7" xmlns:ns3="328133b4-4030-49a6-a2df-e4f7bd6b131a" targetNamespace="http://schemas.microsoft.com/office/2006/metadata/properties" ma:root="true" ma:fieldsID="a9a7a7548710fbacd9b26e187cea8a61" ns2:_="" ns3:_="">
    <xsd:import namespace="26c5b931-5cd4-49b0-862d-113cef3354c7"/>
    <xsd:import namespace="328133b4-4030-49a6-a2df-e4f7bd6b13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Location" minOccurs="0"/>
                <xsd:element ref="ns2:_Flow_SignoffStatu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c5b931-5cd4-49b0-862d-113cef3354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2dcb550-0f74-4249-b739-2509a630c82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8133b4-4030-49a6-a2df-e4f7bd6b131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2c551a7-03bf-44ba-a580-0fc7dd194795}" ma:internalName="TaxCatchAll" ma:showField="CatchAllData" ma:web="328133b4-4030-49a6-a2df-e4f7bd6b13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611B09-F190-4F50-99AB-5FF2178C0B6E}">
  <ds:schemaRefs>
    <ds:schemaRef ds:uri="http://schemas.microsoft.com/office/2006/metadata/properties"/>
    <ds:schemaRef ds:uri="http://schemas.microsoft.com/office/infopath/2007/PartnerControls"/>
    <ds:schemaRef ds:uri="26c5b931-5cd4-49b0-862d-113cef3354c7"/>
    <ds:schemaRef ds:uri="328133b4-4030-49a6-a2df-e4f7bd6b131a"/>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AA010F3D-CF08-40FB-8FF0-60AA0B26B7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c5b931-5cd4-49b0-862d-113cef3354c7"/>
    <ds:schemaRef ds:uri="328133b4-4030-49a6-a2df-e4f7bd6b13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356C21-95DF-4329-89AA-EDD4686F16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802</Words>
  <Characters>4578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Dr. Patricia Alvarez McHatton</cp:lastModifiedBy>
  <cp:revision>6</cp:revision>
  <dcterms:created xsi:type="dcterms:W3CDTF">2013-12-23T23:15:00Z</dcterms:created>
  <dcterms:modified xsi:type="dcterms:W3CDTF">2026-10-07T14:35:00Z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0c371740-139d-423a-a71a-370423cafff7</vt:lpwstr>
  </property>
  <property fmtid="{D5CDD505-2E9C-101B-9397-08002B2CF9AE}" pid="3" name="ContentTypeId">
    <vt:lpwstr>0x0101007F01232C5F1DB74FA7C6B9058C50C107</vt:lpwstr>
  </property>
  <property fmtid="{D5CDD505-2E9C-101B-9397-08002B2CF9AE}" pid="4" name="MediaServiceImageTags">
    <vt:lpwstr/>
  </property>
</Properties>
</file>